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נכון במילות שאלה בסיסיות ומתקדמות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שאלות סיבה לשאלות מטרה בהקשר טקסטואלי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קטע קריאה ולענות על שאלות הבנה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שאלות עצמאיות, מדויקות ומגוונות על 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מילות שאלה: מהבסיס לרמה גבוהה – התאמת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(שואלת על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(שואלת על דבר או עניין)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(שואלת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(שואלת על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(שואלת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(שואלת על 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מילות שאלה: מהבסיס לרמה גבוהה – ממילים פשוטות למילים גבוהות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נקודת הזמן שבה משהו 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נקודת סיום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מילות שאלה: מהבסיס לרמה גבוהה – כתיבה ושאלות 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באיזה אופן תמר למדה עברית כל כך מהר?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'למה' שואלת על הסיבה למעשה, ו'לשם מה' שואלת על המטרה או התוצאה הרצויה ממנו.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מאיזו סיבה תמר החליטה ללמוד הוראה? עד מתי תמר תתנדב במרכז? ממתי תמר מרגישה בבית בישראל? תשובה אפשרית: תמר רוצה ללמד כי שאלה טובה פתחה לה דלת.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שאלות סיבה ושאלות מטרה – הכרת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לשם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שאלת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שאלת סיבה מבררת גורם, שאלת מטרה מבררת תכלית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שאלות סיבה ושאלות מטרה – דוגמאות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(שאלת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(שאלת 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(שאלת 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(שאלת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שאלות סיבה ושאלות מטרה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שאלות סיבה ושאלות מטרה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מדוע תמר החליטה לשאול שאלה בכל יום בעברית?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לשם מה תמר מתנדבת במרכז הקהילתי בכל יום חמישי?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– יש לציין ששאלת סיבה מבררת מה גרם לדבר, ושאלת מטרה מבררת לשם מה הוא נעשה, וההבחנה ביניהן עוזרת להבין את כוונת הדובר או הכותב.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לדוגמה: מדוע תמר רצתה ללמוד עברית? / לשם מה תמר התנדבה במרכז הקהילתי?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קריאה מעמיקה: "שאלה טובה פותחת דלת"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קריאה מעמיקה: "שאלה טובה פותחת דלת" – מילות שאלה מתוך 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תמר מתנדבת במרכז הקהילתי ומלמדת מבוגרים להשתמש בטלפון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קריאה מעמיקה: "שאלה טובה פותחת דלת" – השלמות מהקטע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קריאה מעמיקה: "שאלה טובה פותחת דלת" – התאמת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(איפה התחנה?)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(כמה זה עולה?)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(מדוע אומרים את זה כך?)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(באיזה אופן אפשר להתנדב בעיר?)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(ממתי את רוצה להיות מורה?)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ניואנסים בין מילות שאלה דומות – זיהוי ההבדלים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באיזה אופן היא ניסוח גבוה ורשמי יותר לאותה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למה שואלת על סיבה, לשם מה שואלת על מטרה או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נקודת זמן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ניואנסים בין מילות שאלה דומות – התאמה לפי 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(שאלה כללית על הדרך שבה נעשה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(ניסוח גבוה ורשמי יותר לשאלה על דרך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(שאלה כללית על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(שאלה על הרגע שבו תהליך התחיל)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(שאלה על הרגע שבו תהליך מסתיים)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ניואנסים בין מילות שאלה דומות – כתיבה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להחליף למשל את 'מדוע אומרים את זה כך?' ב'מאיזו סיבה אומרים את זה כך?' – המשמעות דומה מאוד, ההבדל הוא ברמת הניסוח (גבוה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ששואל על מטרה או תכלית, למשל 'לשם מה למדת את זה?' – כי השאלה מתמקדת בתכלית ולא בסיבה שקדמה למעשה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 שואלת על נקודת זמן כללית, עד מתי שואלת על סיום תהליך, למשל 'עד מתי תמר מתנדבת במרכז?' שואל מתי זה ייגמר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 איך לעומת באיזה אופן – בכתיבה רשמית כמו חיבור או מכתב עדיף להשתמש בניסוח הגבוה יותר, באיזה אופן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כתיבת שאלות: ראיון וחקירה – היכרות עם הקטע ומילות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בפתיחת הקטע.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בהתחלה שאלה שאלות פשוטות כמו "איפה התחנה?" ו"כמה זה עולה?"; השאלות המורכבות יותר הגיעו בהמשך.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מבררת סיבה, בדומה ל"מדוע" אך בניסוח גבוה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בקטע נכתב שהיא מתנדבת בכל יום חמישי.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כתיבת שאלות: ראיון וחקירה – התאמת מילת שאלה לתפקידה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(מבררת סיבה או גורם למעשה)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(מבררת דרך או צורת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(מבררת נקודת התחלה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(מבררת נקודת סיום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(מבררת מטרה או 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כתיבת שאלות: ראיון וחקירה – כותבים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שמנוסחת כהלכה ומבררת סיבה, למשל: מאיזו סיבה בחרת לעבור דווקא לכאן?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שמבררת דרך פעולה, למשל: באיזה אופן את/ה עוזר/ת לקשישים בשכונה?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שמבררת נקודת סיום בזמן, למשל: עד מתי תתנדבי במרכז לפני שתתחילי ללמוד?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הגיונית ועקבית עם דמותה של תמר כפי שמתוארת בקטע.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שאלות פתוחות מאפשרות למרואיין לפרט ולספר, בעוד שאלות סגורות מוודאות עובדה מהירה; יש לתת דוגמה אחת מכל סוג מהקטע או חדשה.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מילות שאלה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ממתי שואלת על נקודת התחלה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כיצד / באיזה אופן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מטרה או תכלית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חופשית; יש לציין הקשר מתאים לכל מילה ולהדגים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שאלות תקינות מבחינה דקדוקית, אחת עם 'מדוע/למה' ואחת עם 'לשם מה/למטרה', עם תשובה קצרה והגיונית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הקושר בין שאילת שאלות להתפתחות האישית של תמר (הכרת אנשים, התנדבות, שפה), עם ציטוט קצר או דוגמה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מצטט/ת דוגמה מהקטע ומסביר/ה את ההבדל בין סיבה למטרה 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שנוסחה תקינה תחבירית ומשתמשת נכון במילת השאלה הגבוהה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מתבססת על פרטים מדויקים מהטקסט ולא על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לפרוס את החוברת על פני שני עד שלושה שיעורים: שיעור ראשון למילות שאלה ובחנת סיבה-מטרה, שיעור שני לקריאה והבנה, שיעור שלישי לכתיבת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מילות שאלה כעזר ולבקש להשלים רק חלק מהשאלות בקטע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דרישה לכתוב פסקה קצרה בסגנון הקטע, תוך שימוש בלפחות שלוש מילות שאלה גבוהות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בכיתה על ההבדל בין סיבה למטרה לפני המעבר לתרגילי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מילות שאלה: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מילות שאלה שונות. נקרא סיפור על תמר, ונכתוב שאלות ותשובות. אפשר לעבוד לבד או בזוג.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שאלה, כמו מי, מה, איפה, 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שבודקת מדוע משהו קרה, למשל מדוע או מאיזו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שבודקת בשביל מה עושים משהו, למשל לשם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אופן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גבוה לשאלת איך, בודק דרך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 מתי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הבודקת נקודת סיום בזמן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הבודקת נקודת התחלה בזמן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לענות על שאלות לפי תוכן טקסט נתון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ניסוח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שאלה ברורה ומדויקת בעברית תקנית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מילות שאלה: מהבסיס לרמה גבוהה – התאמת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שואלת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שואלת על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על דבר או עניין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שואלת על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למה? מדוע?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שואלת על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שואלת על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מילות שאלה: מהבסיס לרמה גבוהה – ממילים פשוטות למילים גבוהות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פשוטה דומה ל'באיזה אופן'?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שואלים כש אומרים 'לשם 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פשוטה דומה ל'מאיזו סיבה'?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שואלת המילה 'ממתי'?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הזמן שבה משהו התחיל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 למעשה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של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מוסיפה המילה 'עד' לשאלה 'מתי'?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סיום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הסיום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 השואל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מילות שאלה: מהבסיס לרמה גבוהה – כתיבה ושאלות 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שאלה על הקטע באמצעות מילת השאלה 'באיזה אופן'.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השאלה 'למה תמר מתנדבת?' לבין השאלה 'לשם מה תמר מתנדבת?'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 שאלות על הקטע: אחת עם 'מאיזו סיבה', אחת עם 'עד מתי' ואחת עם 'ממתי'. ענו בקצרה על אחת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שאלות סיבה ושאלות מטרה – הכרת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מילת שאלה המבקשת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לשם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באיזה אופן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היא מילת שאלה המבקשת 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מאיזו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לשם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בקטע על תמר נכתב: "מדוע אומרים את זה כך?" – איזו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שאלת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שאלת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העיקרי בין שאלת סיבה לשאלת 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שאלת סיבה מבררת גורם, שאלת מטרה מבררת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שאלת מטרה מבררת גורם, שאלת סיבה מבררת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מבררות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שאלות סיבה ושאלות מטרה – דוגמאות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מדוע אומרים את זה כך?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שאלת 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לשם מה לשאול, אם אפשר לחפש לבד?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שאלת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באיזה אופן אפשר להתנדב בעיר?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ממתי את רוצה להיות מורה?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שאלת 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שאלות סיבה ושאלות מטרה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ענתה לחברה שכשהיא שואלת אדם, היא מקבלת לא רק תשובה אלא גם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שאלות סיבה ושאלות מטרה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שאלת סיבה (עם "מדוע" או "מאיזו סיבה") על ההחלטה של תמר לשאול שאלה בכל 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שאלת מטרה (עם "לשם מה" או "בשביל מה") על ההתנדבות של תמר במרכז הקהילתי.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להבדיל בין שאלת סיבה לשאלת מטרה כשרוצים להבין טקסט לעומק.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משפטים בהשראת סיפור תמר: אחד עם מילת שאלת סיבה ואחד עם מילת שאלת מטרה.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קריאה מעמיקה: "שאלה טובה פותחת דלת"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תמר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 כמה הייתה תמר כשעלתה?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תמר מתנדבת?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קריאה מעמיקה: "שאלה טובה פותחת דלת" – מילות שאלה מתוך 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החליטה לשאול לפחות שאלה אחת בעברית בכל יום, גם אם תתבייש.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מתנדבת בבית ספר ומלמדת שם ילדים קטנים.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קריאה מעמיקה: "שאלה טובה פותחת דלת" – השלמות מהקטע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"__________ זה עולה?" הייתה אחת השאלות הפשוטות של תמר בתחילת 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 שאלה "__________ אומרים את זה כך?" כשרצתה להבין כלל בעברית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קריאה מעמיקה: "שאלה טובה פותחת דלת" – התאמת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זה עולה?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איפה התחנה?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ממתי את רוצה להיות מורה?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באיזה אופן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מדוע אומרים את זה כך?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באיזה אופן אפשר להתנדב בעיר?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ניואנסים בין מילות שאלה דומות – זיהוי ההבדלים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שונה בין שתי הדרכים לשאול על אופן הפעולה?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באיזה אופן היא ניסוח גבוה ורשמי יותר לאותה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שואלת על מקום ובאיזה אופן שואלת על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באיזה אופן מתאימה רק לשאלות כן/לא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מאיזה רגע משהו התחיל?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שונה שאלה על סיבה משאלה על 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שתיהן שואלות רק על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 שואלת על סיבה, לשם מה שואלת על מטרה או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לשם מה שואלת רק על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מתאימה רק לילדים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שואלת מילת השאלה "מתי"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נקודת זמן כללית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אופן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ניואנסים בין מילות שאלה דומות – התאמה לפי 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איך / כיצד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שאלה על הרגע שבו תהליך התחיל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באיזה אופן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כללית על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כללית על הדרך שבה נעשה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על הרגע שבו תהליך מסתיים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ניסוח גבוה ורשמי יותר לשאלה על דרך הפעולה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ניואנסים בין מילות שאלה דומות – כתיבה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בקטע משפט עם "מדוע" ונסחו אותו מחדש עם "מאיזו סיבה". האם יש הבדל במשמעות?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משלכם שבו מתאים להשתמש ב"לשם מה" ולא ב"למה",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ההבדל בין "מתי" ל"עד מתי" והדגימו ממשפט מהקטע או משפט דומה שהמצאתם.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שתי מילות שאלה דומות מהפרק והסבירו מתי כדאי להשתמש בכל אחת מהן בכתיבה רשמית.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כתיבת שאלות: ראיון וחקירה – היכרות עם הקטע ומילות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עלתה לישראל מארגנטינה בגיל שש עשרה.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דרכה בעברית שאלה תמר שאלות כמו "מדוע אומרים את זה כך?".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"מאיזו סיבה" משמשת לברר את הגורם למשהו.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מתנדבת במרכז הקהילתי בכל יום 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כתיבת שאלות: ראיון וחקירה – התאמת מילת שאלה לתפקידה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מאיזו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מבררת נקודת סיום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באיזה אופן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מבררת נקודת התחלה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מבררת מטרה או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עד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מבררת סיבה או גורם למעשה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לשם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מבררת דרך או צורת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כתיבת שאלות: ראיון וחקירה – כותבים שאלות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שמתחילה ב"מאיזו סיבה" לראיון עם אדם שעבר הגירה לארץ אחרת, בהשראת סיפורה של תמר.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שמתחילה ב"באיזה אופן" לראיון עם מתנדב או מתנדבת בקהילה.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שמתחילה ב"עד מתי" לראיון עם תמר על תוכניותיה ללימודים.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שתיים מהשאלות שכתבתם וכתבו להן תשובות קצרות, כאילו אתם תמר.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הסבירו מדוע ראיון טוב משלב גם שאלות פתוחות (כמו "מדוע") וגם שאלות סגורות (כן/לא). תנו דוגמה אחת מכל סוג, בהשראת הקטע.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מילות שאלה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שאלה מתאימה למילה 'ספר' (זכר יחיד)?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בודקת המילה 'מדוע'?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מדינה הגיעה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משתמשים ב'ממתי' ולא ב'מתי'?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ממתי שואלת על נקודת התחלה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שואלת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ממתי שואלת על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שתי מילים שואלות בערך אותו דבר –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 /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כיצד / באיזה אופן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/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/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על מה שואלת המילה 'לשם מה'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שקרתה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מטרה או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מילות שאלה דומות (כמו 'למה' ו'מדוע', או 'איך' ו'באיזה אופן') והסבירו במשפט אחד מתי עדיף להשתמש בכל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ראיון אחת לבירור סיבה ושאלה אחת לבירור מטרה, בהשראת הסיפור על תמר, וענו עליהן בקצרה כאילו אתם תמר.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המשפט "שאלה טובה פותחת דלת" מתאים לסיפור של תמר, והציגו דוגמה אחת מהקטע שמחזקת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להבדיל בין שאלת סיבה לשאלת מטרה ולתת דוגמה מהקטע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לנסח שאלה בעזרת מילים גבוהות כמו באיזה אופן או מאיזו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מסוגל/ת לענות על שאלות הבנת הנקרא ולנמק את התשובה מתוך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מילות שאלה: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