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מילות שאלה – מי? מה? איפה? 🗝️</w:t>
            </w:r>
          </w:p>
          <w:p>
            <w:pPr>
              <w:bidi/>
              <w:jc w:val="right"/>
            </w:pPr>
            <w:r>
              <w:rPr>
                <w:rFonts w:ascii="Arial" w:hAnsi="Arial" w:cs="Arial" w:eastAsia="Arial"/>
                <w:lang w:val="he-IL" w:bidi="he-IL"/>
                <w:b/>
                <w:color w:val="3C1361"/>
                <w:sz w:val="32"/>
                <w:rtl/>
                <w:szCs w:val="32"/>
                <w:bCs/>
              </w:rPr>
              <w:t>חוברת תרגול – מילות שאלה: מי? מה? איפה?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ולהשתמש נכון במילות שאלה בסיסיות ומתקדמות</w:t>
      </w:r>
    </w:p>
    <w:p>
      <w:pPr>
        <w:bidi/>
        <w:spacing w:after="80"/>
        <w:jc w:val="right"/>
      </w:pPr>
      <w:r>
        <w:rPr>
          <w:rFonts w:ascii="Arial" w:hAnsi="Arial" w:cs="Arial" w:eastAsia="Arial"/>
          <w:lang w:val="he-IL" w:bidi="he-IL"/>
          <w:sz w:val="22"/>
          <w:rtl/>
          <w:szCs w:val="22"/>
        </w:rPr>
        <w:t>• להבחין בין שאלות סיבה לשאלות מטרה בהקשר טקסטואלי</w:t>
      </w:r>
    </w:p>
    <w:p>
      <w:pPr>
        <w:bidi/>
        <w:spacing w:after="80"/>
        <w:jc w:val="right"/>
      </w:pPr>
      <w:r>
        <w:rPr>
          <w:rFonts w:ascii="Arial" w:hAnsi="Arial" w:cs="Arial" w:eastAsia="Arial"/>
          <w:lang w:val="he-IL" w:bidi="he-IL"/>
          <w:sz w:val="22"/>
          <w:rtl/>
          <w:szCs w:val="22"/>
        </w:rPr>
        <w:t>• לנתח קטע קריאה ולענות על שאלות הבנה ברמת תיכון</w:t>
      </w:r>
    </w:p>
    <w:p>
      <w:pPr>
        <w:bidi/>
        <w:spacing w:after="80"/>
        <w:jc w:val="right"/>
      </w:pPr>
      <w:r>
        <w:rPr>
          <w:rFonts w:ascii="Arial" w:hAnsi="Arial" w:cs="Arial" w:eastAsia="Arial"/>
          <w:lang w:val="he-IL" w:bidi="he-IL"/>
          <w:sz w:val="22"/>
          <w:rtl/>
          <w:szCs w:val="22"/>
        </w:rPr>
        <w:t>• לנסח שאלות עצמאיות, מדויקות ומגוונות על טקסט נתון</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מילות שאלה: מהבסיס לרמה גבוהה – התאמת מילות שאלה</w:t>
      </w:r>
    </w:p>
    <w:p>
      <w:pPr>
        <w:bidi/>
        <w:spacing w:after="40"/>
        <w:jc w:val="right"/>
      </w:pPr>
      <w:r>
        <w:rPr>
          <w:rFonts w:ascii="Arial" w:hAnsi="Arial" w:cs="Arial" w:eastAsia="Arial"/>
          <w:lang w:val="he-IL" w:bidi="he-IL"/>
          <w:sz w:val="22"/>
          <w:rtl/>
          <w:szCs w:val="22"/>
        </w:rPr>
        <w:t>1 – ב (שואלת על אדם)</w:t>
      </w:r>
    </w:p>
    <w:p>
      <w:pPr>
        <w:bidi/>
        <w:spacing w:after="40"/>
        <w:jc w:val="right"/>
      </w:pPr>
      <w:r>
        <w:rPr>
          <w:rFonts w:ascii="Arial" w:hAnsi="Arial" w:cs="Arial" w:eastAsia="Arial"/>
          <w:lang w:val="he-IL" w:bidi="he-IL"/>
          <w:sz w:val="22"/>
          <w:rtl/>
          <w:szCs w:val="22"/>
        </w:rPr>
        <w:t>2 – ד (שואלת על דבר או עניין)</w:t>
      </w:r>
    </w:p>
    <w:p>
      <w:pPr>
        <w:bidi/>
        <w:spacing w:after="40"/>
        <w:jc w:val="right"/>
      </w:pPr>
      <w:r>
        <w:rPr>
          <w:rFonts w:ascii="Arial" w:hAnsi="Arial" w:cs="Arial" w:eastAsia="Arial"/>
          <w:lang w:val="he-IL" w:bidi="he-IL"/>
          <w:sz w:val="22"/>
          <w:rtl/>
          <w:szCs w:val="22"/>
        </w:rPr>
        <w:t>3 – ו (שואלת על מקום)</w:t>
      </w:r>
    </w:p>
    <w:p>
      <w:pPr>
        <w:bidi/>
        <w:spacing w:after="40"/>
        <w:jc w:val="right"/>
      </w:pPr>
      <w:r>
        <w:rPr>
          <w:rFonts w:ascii="Arial" w:hAnsi="Arial" w:cs="Arial" w:eastAsia="Arial"/>
          <w:lang w:val="he-IL" w:bidi="he-IL"/>
          <w:sz w:val="22"/>
          <w:rtl/>
          <w:szCs w:val="22"/>
        </w:rPr>
        <w:t>4 – ג (שואלת על זמן)</w:t>
      </w:r>
    </w:p>
    <w:p>
      <w:pPr>
        <w:bidi/>
        <w:spacing w:after="40"/>
        <w:jc w:val="right"/>
      </w:pPr>
      <w:r>
        <w:rPr>
          <w:rFonts w:ascii="Arial" w:hAnsi="Arial" w:cs="Arial" w:eastAsia="Arial"/>
          <w:lang w:val="he-IL" w:bidi="he-IL"/>
          <w:sz w:val="22"/>
          <w:rtl/>
          <w:szCs w:val="22"/>
        </w:rPr>
        <w:t>5 – א (שואלת על סיבה)</w:t>
      </w:r>
    </w:p>
    <w:p>
      <w:pPr>
        <w:bidi/>
        <w:spacing w:after="40"/>
        <w:jc w:val="right"/>
      </w:pPr>
      <w:r>
        <w:rPr>
          <w:rFonts w:ascii="Arial" w:hAnsi="Arial" w:cs="Arial" w:eastAsia="Arial"/>
          <w:lang w:val="he-IL" w:bidi="he-IL"/>
          <w:sz w:val="22"/>
          <w:rtl/>
          <w:szCs w:val="22"/>
        </w:rPr>
        <w:t>6 – ה (שואלת על כמות)</w:t>
      </w:r>
    </w:p>
    <w:p>
      <w:pPr>
        <w:bidi/>
        <w:pStyle w:val="Heading3"/>
        <w:spacing w:after="80"/>
        <w:jc w:val="right"/>
      </w:pPr>
      <w:r>
        <w:rPr>
          <w:rFonts w:ascii="Arial" w:hAnsi="Arial" w:cs="Arial" w:eastAsia="Arial"/>
          <w:lang w:val="he-IL" w:bidi="he-IL"/>
          <w:b/>
          <w:color w:val="DD6B20"/>
          <w:sz w:val="26"/>
          <w:rtl/>
          <w:szCs w:val="26"/>
          <w:bCs/>
        </w:rPr>
        <w:t>חלק ב׳ – פרק 1 · מילות שאלה: מהבסיס לרמה גבוהה – ממילים פשוטות למילים גבוהות</w:t>
      </w:r>
    </w:p>
    <w:p>
      <w:pPr>
        <w:bidi/>
        <w:spacing w:after="40"/>
        <w:jc w:val="right"/>
      </w:pPr>
      <w:r>
        <w:rPr>
          <w:rFonts w:ascii="Arial" w:hAnsi="Arial" w:cs="Arial" w:eastAsia="Arial"/>
          <w:lang w:val="he-IL" w:bidi="he-IL"/>
          <w:sz w:val="22"/>
          <w:rtl/>
          <w:szCs w:val="22"/>
        </w:rPr>
        <w:t>1. א – איך</w:t>
      </w:r>
    </w:p>
    <w:p>
      <w:pPr>
        <w:bidi/>
        <w:spacing w:after="40"/>
        <w:jc w:val="right"/>
      </w:pPr>
      <w:r>
        <w:rPr>
          <w:rFonts w:ascii="Arial" w:hAnsi="Arial" w:cs="Arial" w:eastAsia="Arial"/>
          <w:lang w:val="he-IL" w:bidi="he-IL"/>
          <w:sz w:val="22"/>
          <w:rtl/>
          <w:szCs w:val="22"/>
        </w:rPr>
        <w:t>2. א – מה המטרה</w:t>
      </w:r>
    </w:p>
    <w:p>
      <w:pPr>
        <w:bidi/>
        <w:spacing w:after="40"/>
        <w:jc w:val="right"/>
      </w:pPr>
      <w:r>
        <w:rPr>
          <w:rFonts w:ascii="Arial" w:hAnsi="Arial" w:cs="Arial" w:eastAsia="Arial"/>
          <w:lang w:val="he-IL" w:bidi="he-IL"/>
          <w:sz w:val="22"/>
          <w:rtl/>
          <w:szCs w:val="22"/>
        </w:rPr>
        <w:t>3. א – מדוע</w:t>
      </w:r>
    </w:p>
    <w:p>
      <w:pPr>
        <w:bidi/>
        <w:spacing w:after="40"/>
        <w:jc w:val="right"/>
      </w:pPr>
      <w:r>
        <w:rPr>
          <w:rFonts w:ascii="Arial" w:hAnsi="Arial" w:cs="Arial" w:eastAsia="Arial"/>
          <w:lang w:val="he-IL" w:bidi="he-IL"/>
          <w:sz w:val="22"/>
          <w:rtl/>
          <w:szCs w:val="22"/>
        </w:rPr>
        <w:t>4. א – נקודת הזמן שבה משהו התחיל</w:t>
      </w:r>
    </w:p>
    <w:p>
      <w:pPr>
        <w:bidi/>
        <w:spacing w:after="40"/>
        <w:jc w:val="right"/>
      </w:pPr>
      <w:r>
        <w:rPr>
          <w:rFonts w:ascii="Arial" w:hAnsi="Arial" w:cs="Arial" w:eastAsia="Arial"/>
          <w:lang w:val="he-IL" w:bidi="he-IL"/>
          <w:sz w:val="22"/>
          <w:rtl/>
          <w:szCs w:val="22"/>
        </w:rPr>
        <w:t>5. א – נקודת סיום בזמן</w:t>
      </w:r>
    </w:p>
    <w:p>
      <w:pPr>
        <w:bidi/>
        <w:pStyle w:val="Heading3"/>
        <w:spacing w:after="80"/>
        <w:jc w:val="right"/>
      </w:pPr>
      <w:r>
        <w:rPr>
          <w:rFonts w:ascii="Arial" w:hAnsi="Arial" w:cs="Arial" w:eastAsia="Arial"/>
          <w:lang w:val="he-IL" w:bidi="he-IL"/>
          <w:b/>
          <w:color w:val="3182CE"/>
          <w:sz w:val="26"/>
          <w:rtl/>
          <w:szCs w:val="26"/>
          <w:bCs/>
        </w:rPr>
        <w:t>חלק ג׳ – פרק 1 · מילות שאלה: מהבסיס לרמה גבוהה – כתיבה ושאלות עומק</w:t>
      </w:r>
    </w:p>
    <w:p>
      <w:pPr>
        <w:bidi/>
        <w:spacing w:after="40"/>
        <w:jc w:val="right"/>
      </w:pPr>
      <w:r>
        <w:rPr>
          <w:rFonts w:ascii="Arial" w:hAnsi="Arial" w:cs="Arial" w:eastAsia="Arial"/>
          <w:lang w:val="he-IL" w:bidi="he-IL"/>
          <w:sz w:val="22"/>
          <w:rtl/>
          <w:szCs w:val="22"/>
        </w:rPr>
        <w:t>1. לדוגמה: באיזה אופן תמר למדה עברית כל כך מהר?</w:t>
      </w:r>
    </w:p>
    <w:p>
      <w:pPr>
        <w:bidi/>
        <w:spacing w:after="40"/>
        <w:jc w:val="right"/>
      </w:pPr>
      <w:r>
        <w:rPr>
          <w:rFonts w:ascii="Arial" w:hAnsi="Arial" w:cs="Arial" w:eastAsia="Arial"/>
          <w:lang w:val="he-IL" w:bidi="he-IL"/>
          <w:sz w:val="22"/>
          <w:rtl/>
          <w:szCs w:val="22"/>
        </w:rPr>
        <w:t>2. 'למה' שואלת על הסיבה למעשה, ו'לשם מה' שואלת על המטרה או התוצאה הרצויה ממנו.</w:t>
      </w:r>
    </w:p>
    <w:p>
      <w:pPr>
        <w:bidi/>
        <w:spacing w:after="40"/>
        <w:jc w:val="right"/>
      </w:pPr>
      <w:r>
        <w:rPr>
          <w:rFonts w:ascii="Arial" w:hAnsi="Arial" w:cs="Arial" w:eastAsia="Arial"/>
          <w:lang w:val="he-IL" w:bidi="he-IL"/>
          <w:sz w:val="22"/>
          <w:rtl/>
          <w:szCs w:val="22"/>
        </w:rPr>
        <w:t>3. לדוגמה: מאיזו סיבה תמר החליטה ללמוד הוראה? עד מתי תמר תתנדב במרכז? ממתי תמר מרגישה בבית בישראל? תשובה אפשרית: תמר רוצה ללמד כי שאלה טובה פתחה לה דלת.</w:t>
      </w:r>
    </w:p>
    <w:p>
      <w:pPr>
        <w:bidi/>
        <w:pStyle w:val="Heading3"/>
        <w:spacing w:after="80"/>
        <w:jc w:val="right"/>
      </w:pPr>
      <w:r>
        <w:rPr>
          <w:rFonts w:ascii="Arial" w:hAnsi="Arial" w:cs="Arial" w:eastAsia="Arial"/>
          <w:lang w:val="he-IL" w:bidi="he-IL"/>
          <w:b/>
          <w:color w:val="38A169"/>
          <w:sz w:val="26"/>
          <w:rtl/>
          <w:szCs w:val="26"/>
          <w:bCs/>
        </w:rPr>
        <w:t>חלק ד׳ – פרק 2 · שאלות סיבה ושאלות מטרה – הכרת מילות השאלה</w:t>
      </w:r>
    </w:p>
    <w:p>
      <w:pPr>
        <w:bidi/>
        <w:spacing w:after="40"/>
        <w:jc w:val="right"/>
      </w:pPr>
      <w:r>
        <w:rPr>
          <w:rFonts w:ascii="Arial" w:hAnsi="Arial" w:cs="Arial" w:eastAsia="Arial"/>
          <w:lang w:val="he-IL" w:bidi="he-IL"/>
          <w:sz w:val="22"/>
          <w:rtl/>
          <w:szCs w:val="22"/>
        </w:rPr>
        <w:t>1. ב – מדוע</w:t>
      </w:r>
    </w:p>
    <w:p>
      <w:pPr>
        <w:bidi/>
        <w:spacing w:after="40"/>
        <w:jc w:val="right"/>
      </w:pPr>
      <w:r>
        <w:rPr>
          <w:rFonts w:ascii="Arial" w:hAnsi="Arial" w:cs="Arial" w:eastAsia="Arial"/>
          <w:lang w:val="he-IL" w:bidi="he-IL"/>
          <w:sz w:val="22"/>
          <w:rtl/>
          <w:szCs w:val="22"/>
        </w:rPr>
        <w:t>2. ג – לשם מה</w:t>
      </w:r>
    </w:p>
    <w:p>
      <w:pPr>
        <w:bidi/>
        <w:spacing w:after="40"/>
        <w:jc w:val="right"/>
      </w:pPr>
      <w:r>
        <w:rPr>
          <w:rFonts w:ascii="Arial" w:hAnsi="Arial" w:cs="Arial" w:eastAsia="Arial"/>
          <w:lang w:val="he-IL" w:bidi="he-IL"/>
          <w:sz w:val="22"/>
          <w:rtl/>
          <w:szCs w:val="22"/>
        </w:rPr>
        <w:t>3. ב – שאלת סיבה</w:t>
      </w:r>
    </w:p>
    <w:p>
      <w:pPr>
        <w:bidi/>
        <w:spacing w:after="40"/>
        <w:jc w:val="right"/>
      </w:pPr>
      <w:r>
        <w:rPr>
          <w:rFonts w:ascii="Arial" w:hAnsi="Arial" w:cs="Arial" w:eastAsia="Arial"/>
          <w:lang w:val="he-IL" w:bidi="he-IL"/>
          <w:sz w:val="22"/>
          <w:rtl/>
          <w:szCs w:val="22"/>
        </w:rPr>
        <w:t>4. ב – שאלת סיבה מבררת גורם, שאלת מטרה מבררת תכלית</w:t>
      </w:r>
    </w:p>
    <w:p>
      <w:pPr>
        <w:bidi/>
        <w:pStyle w:val="Heading3"/>
        <w:spacing w:after="80"/>
        <w:jc w:val="right"/>
      </w:pPr>
      <w:r>
        <w:rPr>
          <w:rFonts w:ascii="Arial" w:hAnsi="Arial" w:cs="Arial" w:eastAsia="Arial"/>
          <w:lang w:val="he-IL" w:bidi="he-IL"/>
          <w:b/>
          <w:color w:val="805AD5"/>
          <w:sz w:val="26"/>
          <w:rtl/>
          <w:szCs w:val="26"/>
          <w:bCs/>
        </w:rPr>
        <w:t>חלק ה׳ – פרק 2 · שאלות סיבה ושאלות מטרה – דוגמאות מהסיפור</w:t>
      </w:r>
    </w:p>
    <w:p>
      <w:pPr>
        <w:bidi/>
        <w:spacing w:after="40"/>
        <w:jc w:val="right"/>
      </w:pPr>
      <w:r>
        <w:rPr>
          <w:rFonts w:ascii="Arial" w:hAnsi="Arial" w:cs="Arial" w:eastAsia="Arial"/>
          <w:lang w:val="he-IL" w:bidi="he-IL"/>
          <w:sz w:val="22"/>
          <w:rtl/>
          <w:szCs w:val="22"/>
        </w:rPr>
        <w:t>1 – ג (שאלת סיבה)</w:t>
      </w:r>
    </w:p>
    <w:p>
      <w:pPr>
        <w:bidi/>
        <w:spacing w:after="40"/>
        <w:jc w:val="right"/>
      </w:pPr>
      <w:r>
        <w:rPr>
          <w:rFonts w:ascii="Arial" w:hAnsi="Arial" w:cs="Arial" w:eastAsia="Arial"/>
          <w:lang w:val="he-IL" w:bidi="he-IL"/>
          <w:sz w:val="22"/>
          <w:rtl/>
          <w:szCs w:val="22"/>
        </w:rPr>
        <w:t>2 – א (שאלת מטרה)</w:t>
      </w:r>
    </w:p>
    <w:p>
      <w:pPr>
        <w:bidi/>
        <w:spacing w:after="40"/>
        <w:jc w:val="right"/>
      </w:pPr>
      <w:r>
        <w:rPr>
          <w:rFonts w:ascii="Arial" w:hAnsi="Arial" w:cs="Arial" w:eastAsia="Arial"/>
          <w:lang w:val="he-IL" w:bidi="he-IL"/>
          <w:sz w:val="22"/>
          <w:rtl/>
          <w:szCs w:val="22"/>
        </w:rPr>
        <w:t>3 – ד (שאלת דרך)</w:t>
      </w:r>
    </w:p>
    <w:p>
      <w:pPr>
        <w:bidi/>
        <w:spacing w:after="40"/>
        <w:jc w:val="right"/>
      </w:pPr>
      <w:r>
        <w:rPr>
          <w:rFonts w:ascii="Arial" w:hAnsi="Arial" w:cs="Arial" w:eastAsia="Arial"/>
          <w:lang w:val="he-IL" w:bidi="he-IL"/>
          <w:sz w:val="22"/>
          <w:rtl/>
          <w:szCs w:val="22"/>
        </w:rPr>
        <w:t>4 – ב (שאלת זמן)</w:t>
      </w:r>
    </w:p>
    <w:p>
      <w:pPr>
        <w:bidi/>
        <w:pStyle w:val="Heading3"/>
        <w:spacing w:after="80"/>
        <w:jc w:val="right"/>
      </w:pPr>
      <w:r>
        <w:rPr>
          <w:rFonts w:ascii="Arial" w:hAnsi="Arial" w:cs="Arial" w:eastAsia="Arial"/>
          <w:lang w:val="he-IL" w:bidi="he-IL"/>
          <w:b/>
          <w:color w:val="D53F8C"/>
          <w:sz w:val="26"/>
          <w:rtl/>
          <w:szCs w:val="26"/>
          <w:bCs/>
        </w:rPr>
        <w:t>חלק ו׳ – פרק 2 · שאלות סיבה ושאלות מטרה – השלמה</w:t>
      </w:r>
    </w:p>
    <w:p>
      <w:pPr>
        <w:bidi/>
        <w:spacing w:after="40"/>
        <w:jc w:val="right"/>
      </w:pPr>
      <w:r>
        <w:rPr>
          <w:rFonts w:ascii="Arial" w:hAnsi="Arial" w:cs="Arial" w:eastAsia="Arial"/>
          <w:lang w:val="he-IL" w:bidi="he-IL"/>
          <w:sz w:val="22"/>
          <w:rtl/>
          <w:szCs w:val="22"/>
        </w:rPr>
        <w:t>1. קשר</w:t>
      </w:r>
    </w:p>
    <w:p>
      <w:pPr>
        <w:bidi/>
        <w:pStyle w:val="Heading3"/>
        <w:spacing w:after="80"/>
        <w:jc w:val="right"/>
      </w:pPr>
      <w:r>
        <w:rPr>
          <w:rFonts w:ascii="Arial" w:hAnsi="Arial" w:cs="Arial" w:eastAsia="Arial"/>
          <w:lang w:val="he-IL" w:bidi="he-IL"/>
          <w:b/>
          <w:color w:val="E53E3E"/>
          <w:sz w:val="26"/>
          <w:rtl/>
          <w:szCs w:val="26"/>
          <w:bCs/>
        </w:rPr>
        <w:t>חלק ז׳ – פרק 2 · שאלות סיבה ושאלות מטרה – כתיבה ויישום</w:t>
      </w:r>
    </w:p>
    <w:p>
      <w:pPr>
        <w:bidi/>
        <w:spacing w:after="40"/>
        <w:jc w:val="right"/>
      </w:pPr>
      <w:r>
        <w:rPr>
          <w:rFonts w:ascii="Arial" w:hAnsi="Arial" w:cs="Arial" w:eastAsia="Arial"/>
          <w:lang w:val="he-IL" w:bidi="he-IL"/>
          <w:sz w:val="22"/>
          <w:rtl/>
          <w:szCs w:val="22"/>
        </w:rPr>
        <w:t>1. לדוגמה: מדוע תמר החליטה לשאול שאלה בכל יום בעברית?</w:t>
      </w:r>
    </w:p>
    <w:p>
      <w:pPr>
        <w:bidi/>
        <w:spacing w:after="40"/>
        <w:jc w:val="right"/>
      </w:pPr>
      <w:r>
        <w:rPr>
          <w:rFonts w:ascii="Arial" w:hAnsi="Arial" w:cs="Arial" w:eastAsia="Arial"/>
          <w:lang w:val="he-IL" w:bidi="he-IL"/>
          <w:sz w:val="22"/>
          <w:rtl/>
          <w:szCs w:val="22"/>
        </w:rPr>
        <w:t>2. לדוגמה: לשם מה תמר מתנדבת במרכז הקהילתי בכל יום חמישי?</w:t>
      </w:r>
    </w:p>
    <w:p>
      <w:pPr>
        <w:bidi/>
        <w:spacing w:after="40"/>
        <w:jc w:val="right"/>
      </w:pPr>
      <w:r>
        <w:rPr>
          <w:rFonts w:ascii="Arial" w:hAnsi="Arial" w:cs="Arial" w:eastAsia="Arial"/>
          <w:lang w:val="he-IL" w:bidi="he-IL"/>
          <w:sz w:val="22"/>
          <w:rtl/>
          <w:szCs w:val="22"/>
        </w:rPr>
        <w:t>3. תשובה חופשית – יש לציין ששאלת סיבה מבררת מה גרם לדבר, ושאלת מטרה מבררת לשם מה הוא נעשה, וההבחנה ביניהן עוזרת להבין את כוונת הדובר או הכותב.</w:t>
      </w:r>
    </w:p>
    <w:p>
      <w:pPr>
        <w:bidi/>
        <w:spacing w:after="40"/>
        <w:jc w:val="right"/>
      </w:pPr>
      <w:r>
        <w:rPr>
          <w:rFonts w:ascii="Arial" w:hAnsi="Arial" w:cs="Arial" w:eastAsia="Arial"/>
          <w:lang w:val="he-IL" w:bidi="he-IL"/>
          <w:sz w:val="22"/>
          <w:rtl/>
          <w:szCs w:val="22"/>
        </w:rPr>
        <w:t>4. תשובה חופשית, לדוגמה: מדוע תמר רצתה ללמוד עברית? / לשם מה תמר התנדבה במרכז הקהילתי?</w:t>
      </w:r>
    </w:p>
    <w:p>
      <w:pPr>
        <w:bidi/>
        <w:pStyle w:val="Heading3"/>
        <w:spacing w:after="80"/>
        <w:jc w:val="right"/>
      </w:pPr>
      <w:r>
        <w:rPr>
          <w:rFonts w:ascii="Arial" w:hAnsi="Arial" w:cs="Arial" w:eastAsia="Arial"/>
          <w:lang w:val="he-IL" w:bidi="he-IL"/>
          <w:b/>
          <w:color w:val="DD6B20"/>
          <w:sz w:val="26"/>
          <w:rtl/>
          <w:szCs w:val="26"/>
          <w:bCs/>
        </w:rPr>
        <w:t>חלק ח׳ – פרק 3 · קריאה מעמיקה: "שאלה טובה פותחת דלת" – הבנת הנקרא</w:t>
      </w:r>
    </w:p>
    <w:p>
      <w:pPr>
        <w:bidi/>
        <w:spacing w:after="40"/>
        <w:jc w:val="right"/>
      </w:pPr>
      <w:r>
        <w:rPr>
          <w:rFonts w:ascii="Arial" w:hAnsi="Arial" w:cs="Arial" w:eastAsia="Arial"/>
          <w:lang w:val="he-IL" w:bidi="he-IL"/>
          <w:sz w:val="22"/>
          <w:rtl/>
          <w:szCs w:val="22"/>
        </w:rPr>
        <w:t>1. ב – ארגנטינה</w:t>
      </w:r>
    </w:p>
    <w:p>
      <w:pPr>
        <w:bidi/>
        <w:spacing w:after="40"/>
        <w:jc w:val="right"/>
      </w:pPr>
      <w:r>
        <w:rPr>
          <w:rFonts w:ascii="Arial" w:hAnsi="Arial" w:cs="Arial" w:eastAsia="Arial"/>
          <w:lang w:val="he-IL" w:bidi="he-IL"/>
          <w:sz w:val="22"/>
          <w:rtl/>
          <w:szCs w:val="22"/>
        </w:rPr>
        <w:t>2. ב – 16</w:t>
      </w:r>
    </w:p>
    <w:p>
      <w:pPr>
        <w:bidi/>
        <w:spacing w:after="40"/>
        <w:jc w:val="right"/>
      </w:pPr>
      <w:r>
        <w:rPr>
          <w:rFonts w:ascii="Arial" w:hAnsi="Arial" w:cs="Arial" w:eastAsia="Arial"/>
          <w:lang w:val="he-IL" w:bidi="he-IL"/>
          <w:sz w:val="22"/>
          <w:rtl/>
          <w:szCs w:val="22"/>
        </w:rPr>
        <w:t>3. ג – חמישי</w:t>
      </w:r>
    </w:p>
    <w:p>
      <w:pPr>
        <w:bidi/>
        <w:pStyle w:val="Heading3"/>
        <w:spacing w:after="80"/>
        <w:jc w:val="right"/>
      </w:pPr>
      <w:r>
        <w:rPr>
          <w:rFonts w:ascii="Arial" w:hAnsi="Arial" w:cs="Arial" w:eastAsia="Arial"/>
          <w:lang w:val="he-IL" w:bidi="he-IL"/>
          <w:b/>
          <w:color w:val="3182CE"/>
          <w:sz w:val="26"/>
          <w:rtl/>
          <w:szCs w:val="26"/>
          <w:bCs/>
        </w:rPr>
        <w:t>חלק ט׳ – פרק 3 · קריאה מעמיקה: "שאלה טובה פותחת דלת" – מילות שאלה מתוך הקטע</w:t>
      </w:r>
    </w:p>
    <w:p>
      <w:pPr>
        <w:bidi/>
        <w:spacing w:after="40"/>
        <w:jc w:val="right"/>
      </w:pPr>
      <w:r>
        <w:rPr>
          <w:rFonts w:ascii="Arial" w:hAnsi="Arial" w:cs="Arial" w:eastAsia="Arial"/>
          <w:lang w:val="he-IL" w:bidi="he-IL"/>
          <w:sz w:val="22"/>
          <w:rtl/>
          <w:szCs w:val="22"/>
        </w:rPr>
        <w:t>1. נכון – כך כתוב בתחילת הקטע</w:t>
      </w:r>
    </w:p>
    <w:p>
      <w:pPr>
        <w:bidi/>
        <w:spacing w:after="40"/>
        <w:jc w:val="right"/>
      </w:pPr>
      <w:r>
        <w:rPr>
          <w:rFonts w:ascii="Arial" w:hAnsi="Arial" w:cs="Arial" w:eastAsia="Arial"/>
          <w:lang w:val="he-IL" w:bidi="he-IL"/>
          <w:sz w:val="22"/>
          <w:rtl/>
          <w:szCs w:val="22"/>
        </w:rPr>
        <w:t>2. לא נכון – תמר מתנדבת במרכז הקהילתי ומלמדת מבוגרים להשתמש בטלפון חכם</w:t>
      </w:r>
    </w:p>
    <w:p>
      <w:pPr>
        <w:bidi/>
        <w:pStyle w:val="Heading3"/>
        <w:spacing w:after="80"/>
        <w:jc w:val="right"/>
      </w:pPr>
      <w:r>
        <w:rPr>
          <w:rFonts w:ascii="Arial" w:hAnsi="Arial" w:cs="Arial" w:eastAsia="Arial"/>
          <w:lang w:val="he-IL" w:bidi="he-IL"/>
          <w:b/>
          <w:color w:val="38A169"/>
          <w:sz w:val="26"/>
          <w:rtl/>
          <w:szCs w:val="26"/>
          <w:bCs/>
        </w:rPr>
        <w:t>חלק י׳ – פרק 3 · קריאה מעמיקה: "שאלה טובה פותחת דלת" – השלמות מהקטע</w:t>
      </w:r>
    </w:p>
    <w:p>
      <w:pPr>
        <w:bidi/>
        <w:spacing w:after="40"/>
        <w:jc w:val="right"/>
      </w:pPr>
      <w:r>
        <w:rPr>
          <w:rFonts w:ascii="Arial" w:hAnsi="Arial" w:cs="Arial" w:eastAsia="Arial"/>
          <w:lang w:val="he-IL" w:bidi="he-IL"/>
          <w:sz w:val="22"/>
          <w:rtl/>
          <w:szCs w:val="22"/>
        </w:rPr>
        <w:t>1. כמה</w:t>
      </w:r>
    </w:p>
    <w:p>
      <w:pPr>
        <w:bidi/>
        <w:spacing w:after="40"/>
        <w:jc w:val="right"/>
      </w:pPr>
      <w:r>
        <w:rPr>
          <w:rFonts w:ascii="Arial" w:hAnsi="Arial" w:cs="Arial" w:eastAsia="Arial"/>
          <w:lang w:val="he-IL" w:bidi="he-IL"/>
          <w:sz w:val="22"/>
          <w:rtl/>
          <w:szCs w:val="22"/>
        </w:rPr>
        <w:t>2. מדוע</w:t>
      </w:r>
    </w:p>
    <w:p>
      <w:pPr>
        <w:bidi/>
        <w:pStyle w:val="Heading3"/>
        <w:spacing w:after="80"/>
        <w:jc w:val="right"/>
      </w:pPr>
      <w:r>
        <w:rPr>
          <w:rFonts w:ascii="Arial" w:hAnsi="Arial" w:cs="Arial" w:eastAsia="Arial"/>
          <w:lang w:val="he-IL" w:bidi="he-IL"/>
          <w:b/>
          <w:color w:val="805AD5"/>
          <w:sz w:val="26"/>
          <w:rtl/>
          <w:szCs w:val="26"/>
          <w:bCs/>
        </w:rPr>
        <w:t>חלק י״א – פרק 3 · קריאה מעמיקה: "שאלה טובה פותחת דלת" – התאמת מילות שאלה</w:t>
      </w:r>
    </w:p>
    <w:p>
      <w:pPr>
        <w:bidi/>
        <w:spacing w:after="40"/>
        <w:jc w:val="right"/>
      </w:pPr>
      <w:r>
        <w:rPr>
          <w:rFonts w:ascii="Arial" w:hAnsi="Arial" w:cs="Arial" w:eastAsia="Arial"/>
          <w:lang w:val="he-IL" w:bidi="he-IL"/>
          <w:sz w:val="22"/>
          <w:rtl/>
          <w:szCs w:val="22"/>
        </w:rPr>
        <w:t>1 – ה (איפה התחנה?)</w:t>
      </w:r>
    </w:p>
    <w:p>
      <w:pPr>
        <w:bidi/>
        <w:spacing w:after="40"/>
        <w:jc w:val="right"/>
      </w:pPr>
      <w:r>
        <w:rPr>
          <w:rFonts w:ascii="Arial" w:hAnsi="Arial" w:cs="Arial" w:eastAsia="Arial"/>
          <w:lang w:val="he-IL" w:bidi="he-IL"/>
          <w:sz w:val="22"/>
          <w:rtl/>
          <w:szCs w:val="22"/>
        </w:rPr>
        <w:t>2 – ד (כמה זה עולה?)</w:t>
      </w:r>
    </w:p>
    <w:p>
      <w:pPr>
        <w:bidi/>
        <w:spacing w:after="40"/>
        <w:jc w:val="right"/>
      </w:pPr>
      <w:r>
        <w:rPr>
          <w:rFonts w:ascii="Arial" w:hAnsi="Arial" w:cs="Arial" w:eastAsia="Arial"/>
          <w:lang w:val="he-IL" w:bidi="he-IL"/>
          <w:sz w:val="22"/>
          <w:rtl/>
          <w:szCs w:val="22"/>
        </w:rPr>
        <w:t>3 – א (מדוע אומרים את זה כך?)</w:t>
      </w:r>
    </w:p>
    <w:p>
      <w:pPr>
        <w:bidi/>
        <w:spacing w:after="40"/>
        <w:jc w:val="right"/>
      </w:pPr>
      <w:r>
        <w:rPr>
          <w:rFonts w:ascii="Arial" w:hAnsi="Arial" w:cs="Arial" w:eastAsia="Arial"/>
          <w:lang w:val="he-IL" w:bidi="he-IL"/>
          <w:sz w:val="22"/>
          <w:rtl/>
          <w:szCs w:val="22"/>
        </w:rPr>
        <w:t>4 – ב (באיזה אופן אפשר להתנדב בעיר?)</w:t>
      </w:r>
    </w:p>
    <w:p>
      <w:pPr>
        <w:bidi/>
        <w:spacing w:after="40"/>
        <w:jc w:val="right"/>
      </w:pPr>
      <w:r>
        <w:rPr>
          <w:rFonts w:ascii="Arial" w:hAnsi="Arial" w:cs="Arial" w:eastAsia="Arial"/>
          <w:lang w:val="he-IL" w:bidi="he-IL"/>
          <w:sz w:val="22"/>
          <w:rtl/>
          <w:szCs w:val="22"/>
        </w:rPr>
        <w:t>5 – ג (ממתי את רוצה להיות מורה?)</w:t>
      </w:r>
    </w:p>
    <w:p>
      <w:pPr>
        <w:bidi/>
        <w:pStyle w:val="Heading3"/>
        <w:spacing w:after="80"/>
        <w:jc w:val="right"/>
      </w:pPr>
      <w:r>
        <w:rPr>
          <w:rFonts w:ascii="Arial" w:hAnsi="Arial" w:cs="Arial" w:eastAsia="Arial"/>
          <w:lang w:val="he-IL" w:bidi="he-IL"/>
          <w:b/>
          <w:color w:val="D53F8C"/>
          <w:sz w:val="26"/>
          <w:rtl/>
          <w:szCs w:val="26"/>
          <w:bCs/>
        </w:rPr>
        <w:t>חלק י״ב – פרק 4 · ניואנסים בין מילות שאלה דומות – זיהוי ההבדלים</w:t>
      </w:r>
    </w:p>
    <w:p>
      <w:pPr>
        <w:bidi/>
        <w:spacing w:after="40"/>
        <w:jc w:val="right"/>
      </w:pPr>
      <w:r>
        <w:rPr>
          <w:rFonts w:ascii="Arial" w:hAnsi="Arial" w:cs="Arial" w:eastAsia="Arial"/>
          <w:lang w:val="he-IL" w:bidi="he-IL"/>
          <w:sz w:val="22"/>
          <w:rtl/>
          <w:szCs w:val="22"/>
        </w:rPr>
        <w:t>1. ב – באיזה אופן היא ניסוח גבוה ורשמי יותר לאותה שאלה</w:t>
      </w:r>
    </w:p>
    <w:p>
      <w:pPr>
        <w:bidi/>
        <w:spacing w:after="40"/>
        <w:jc w:val="right"/>
      </w:pPr>
      <w:r>
        <w:rPr>
          <w:rFonts w:ascii="Arial" w:hAnsi="Arial" w:cs="Arial" w:eastAsia="Arial"/>
          <w:lang w:val="he-IL" w:bidi="he-IL"/>
          <w:sz w:val="22"/>
          <w:rtl/>
          <w:szCs w:val="22"/>
        </w:rPr>
        <w:t>2. ג – ממתי</w:t>
      </w:r>
    </w:p>
    <w:p>
      <w:pPr>
        <w:bidi/>
        <w:spacing w:after="40"/>
        <w:jc w:val="right"/>
      </w:pPr>
      <w:r>
        <w:rPr>
          <w:rFonts w:ascii="Arial" w:hAnsi="Arial" w:cs="Arial" w:eastAsia="Arial"/>
          <w:lang w:val="he-IL" w:bidi="he-IL"/>
          <w:sz w:val="22"/>
          <w:rtl/>
          <w:szCs w:val="22"/>
        </w:rPr>
        <w:t>3. ב – למה שואלת על סיבה, לשם מה שואלת על מטרה או תכלית</w:t>
      </w:r>
    </w:p>
    <w:p>
      <w:pPr>
        <w:bidi/>
        <w:spacing w:after="40"/>
        <w:jc w:val="right"/>
      </w:pPr>
      <w:r>
        <w:rPr>
          <w:rFonts w:ascii="Arial" w:hAnsi="Arial" w:cs="Arial" w:eastAsia="Arial"/>
          <w:lang w:val="he-IL" w:bidi="he-IL"/>
          <w:sz w:val="22"/>
          <w:rtl/>
          <w:szCs w:val="22"/>
        </w:rPr>
        <w:t>4. ב – על נקודת זמן כללית</w:t>
      </w:r>
    </w:p>
    <w:p>
      <w:pPr>
        <w:bidi/>
        <w:pStyle w:val="Heading3"/>
        <w:spacing w:after="80"/>
        <w:jc w:val="right"/>
      </w:pPr>
      <w:r>
        <w:rPr>
          <w:rFonts w:ascii="Arial" w:hAnsi="Arial" w:cs="Arial" w:eastAsia="Arial"/>
          <w:lang w:val="he-IL" w:bidi="he-IL"/>
          <w:b/>
          <w:color w:val="E53E3E"/>
          <w:sz w:val="26"/>
          <w:rtl/>
          <w:szCs w:val="26"/>
          <w:bCs/>
        </w:rPr>
        <w:t>חלק י״ג – פרק 4 · ניואנסים בין מילות שאלה דומות – התאמה לפי שימוש</w:t>
      </w:r>
    </w:p>
    <w:p>
      <w:pPr>
        <w:bidi/>
        <w:spacing w:after="40"/>
        <w:jc w:val="right"/>
      </w:pPr>
      <w:r>
        <w:rPr>
          <w:rFonts w:ascii="Arial" w:hAnsi="Arial" w:cs="Arial" w:eastAsia="Arial"/>
          <w:lang w:val="he-IL" w:bidi="he-IL"/>
          <w:sz w:val="22"/>
          <w:rtl/>
          <w:szCs w:val="22"/>
        </w:rPr>
        <w:t>1 – ד (שאלה כללית על הדרך שבה נעשה משהו)</w:t>
      </w:r>
    </w:p>
    <w:p>
      <w:pPr>
        <w:bidi/>
        <w:spacing w:after="40"/>
        <w:jc w:val="right"/>
      </w:pPr>
      <w:r>
        <w:rPr>
          <w:rFonts w:ascii="Arial" w:hAnsi="Arial" w:cs="Arial" w:eastAsia="Arial"/>
          <w:lang w:val="he-IL" w:bidi="he-IL"/>
          <w:sz w:val="22"/>
          <w:rtl/>
          <w:szCs w:val="22"/>
        </w:rPr>
        <w:t>2 – ג (ניסוח גבוה ורשמי יותר לשאלה על דרך הפעולה)</w:t>
      </w:r>
    </w:p>
    <w:p>
      <w:pPr>
        <w:bidi/>
        <w:spacing w:after="40"/>
        <w:jc w:val="right"/>
      </w:pPr>
      <w:r>
        <w:rPr>
          <w:rFonts w:ascii="Arial" w:hAnsi="Arial" w:cs="Arial" w:eastAsia="Arial"/>
          <w:lang w:val="he-IL" w:bidi="he-IL"/>
          <w:sz w:val="22"/>
          <w:rtl/>
          <w:szCs w:val="22"/>
        </w:rPr>
        <w:t>3 – ה (שאלה כללית על זמן)</w:t>
      </w:r>
    </w:p>
    <w:p>
      <w:pPr>
        <w:bidi/>
        <w:spacing w:after="40"/>
        <w:jc w:val="right"/>
      </w:pPr>
      <w:r>
        <w:rPr>
          <w:rFonts w:ascii="Arial" w:hAnsi="Arial" w:cs="Arial" w:eastAsia="Arial"/>
          <w:lang w:val="he-IL" w:bidi="he-IL"/>
          <w:sz w:val="22"/>
          <w:rtl/>
          <w:szCs w:val="22"/>
        </w:rPr>
        <w:t>4 – ב (שאלה על הרגע שבו תהליך התחיל)</w:t>
      </w:r>
    </w:p>
    <w:p>
      <w:pPr>
        <w:bidi/>
        <w:spacing w:after="40"/>
        <w:jc w:val="right"/>
      </w:pPr>
      <w:r>
        <w:rPr>
          <w:rFonts w:ascii="Arial" w:hAnsi="Arial" w:cs="Arial" w:eastAsia="Arial"/>
          <w:lang w:val="he-IL" w:bidi="he-IL"/>
          <w:sz w:val="22"/>
          <w:rtl/>
          <w:szCs w:val="22"/>
        </w:rPr>
        <w:t>5 – א (שאלה על הרגע שבו תהליך מסתיים)</w:t>
      </w:r>
    </w:p>
    <w:p>
      <w:pPr>
        <w:bidi/>
        <w:pStyle w:val="Heading3"/>
        <w:spacing w:after="80"/>
        <w:jc w:val="right"/>
      </w:pPr>
      <w:r>
        <w:rPr>
          <w:rFonts w:ascii="Arial" w:hAnsi="Arial" w:cs="Arial" w:eastAsia="Arial"/>
          <w:lang w:val="he-IL" w:bidi="he-IL"/>
          <w:b/>
          <w:color w:val="DD6B20"/>
          <w:sz w:val="26"/>
          <w:rtl/>
          <w:szCs w:val="26"/>
          <w:bCs/>
        </w:rPr>
        <w:t>חלק י״ד – פרק 4 · ניואנסים בין מילות שאלה דומות – כתיבה והבחנה</w:t>
      </w:r>
    </w:p>
    <w:p>
      <w:pPr>
        <w:bidi/>
        <w:spacing w:after="40"/>
        <w:jc w:val="right"/>
      </w:pPr>
      <w:r>
        <w:rPr>
          <w:rFonts w:ascii="Arial" w:hAnsi="Arial" w:cs="Arial" w:eastAsia="Arial"/>
          <w:lang w:val="he-IL" w:bidi="he-IL"/>
          <w:sz w:val="22"/>
          <w:rtl/>
          <w:szCs w:val="22"/>
        </w:rPr>
        <w:t>1. אפשר להחליף למשל את 'מדוע אומרים את זה כך?' ב'מאיזו סיבה אומרים את זה כך?' – המשמעות דומה מאוד, ההבדל הוא ברמת הניסוח (גבוה יותר)</w:t>
      </w:r>
    </w:p>
    <w:p>
      <w:pPr>
        <w:bidi/>
        <w:spacing w:after="40"/>
        <w:jc w:val="right"/>
      </w:pPr>
      <w:r>
        <w:rPr>
          <w:rFonts w:ascii="Arial" w:hAnsi="Arial" w:cs="Arial" w:eastAsia="Arial"/>
          <w:lang w:val="he-IL" w:bidi="he-IL"/>
          <w:sz w:val="22"/>
          <w:rtl/>
          <w:szCs w:val="22"/>
        </w:rPr>
        <w:t>2. משפט ששואל על מטרה או תכלית, למשל 'לשם מה למדת את זה?' – כי השאלה מתמקדת בתכלית ולא בסיבה שקדמה למעשה</w:t>
      </w:r>
    </w:p>
    <w:p>
      <w:pPr>
        <w:bidi/>
        <w:spacing w:after="40"/>
        <w:jc w:val="right"/>
      </w:pPr>
      <w:r>
        <w:rPr>
          <w:rFonts w:ascii="Arial" w:hAnsi="Arial" w:cs="Arial" w:eastAsia="Arial"/>
          <w:lang w:val="he-IL" w:bidi="he-IL"/>
          <w:sz w:val="22"/>
          <w:rtl/>
          <w:szCs w:val="22"/>
        </w:rPr>
        <w:t>3. מתי שואלת על נקודת זמן כללית, עד מתי שואלת על סיום תהליך, למשל 'עד מתי תמר מתנדבת במרכז?' שואל מתי זה ייגמר</w:t>
      </w:r>
    </w:p>
    <w:p>
      <w:pPr>
        <w:bidi/>
        <w:spacing w:after="40"/>
        <w:jc w:val="right"/>
      </w:pPr>
      <w:r>
        <w:rPr>
          <w:rFonts w:ascii="Arial" w:hAnsi="Arial" w:cs="Arial" w:eastAsia="Arial"/>
          <w:lang w:val="he-IL" w:bidi="he-IL"/>
          <w:sz w:val="22"/>
          <w:rtl/>
          <w:szCs w:val="22"/>
        </w:rPr>
        <w:t>4. למשל איך לעומת באיזה אופן – בכתיבה רשמית כמו חיבור או מכתב עדיף להשתמש בניסוח הגבוה יותר, באיזה אופן</w:t>
      </w:r>
    </w:p>
    <w:p>
      <w:pPr>
        <w:bidi/>
        <w:pStyle w:val="Heading3"/>
        <w:spacing w:after="80"/>
        <w:jc w:val="right"/>
      </w:pPr>
      <w:r>
        <w:rPr>
          <w:rFonts w:ascii="Arial" w:hAnsi="Arial" w:cs="Arial" w:eastAsia="Arial"/>
          <w:lang w:val="he-IL" w:bidi="he-IL"/>
          <w:b/>
          <w:color w:val="3182CE"/>
          <w:sz w:val="26"/>
          <w:rtl/>
          <w:szCs w:val="26"/>
          <w:bCs/>
        </w:rPr>
        <w:t>חלק ט״ו – פרק 5 · כתיבת שאלות: ראיון וחקירה – היכרות עם הקטע ומילות השאלה</w:t>
      </w:r>
    </w:p>
    <w:p>
      <w:pPr>
        <w:bidi/>
        <w:spacing w:after="40"/>
        <w:jc w:val="right"/>
      </w:pPr>
      <w:r>
        <w:rPr>
          <w:rFonts w:ascii="Arial" w:hAnsi="Arial" w:cs="Arial" w:eastAsia="Arial"/>
          <w:lang w:val="he-IL" w:bidi="he-IL"/>
          <w:sz w:val="22"/>
          <w:rtl/>
          <w:szCs w:val="22"/>
        </w:rPr>
        <w:t>1. נכון – כך נכתב בפתיחת הקטע.</w:t>
      </w:r>
    </w:p>
    <w:p>
      <w:pPr>
        <w:bidi/>
        <w:spacing w:after="40"/>
        <w:jc w:val="right"/>
      </w:pPr>
      <w:r>
        <w:rPr>
          <w:rFonts w:ascii="Arial" w:hAnsi="Arial" w:cs="Arial" w:eastAsia="Arial"/>
          <w:lang w:val="he-IL" w:bidi="he-IL"/>
          <w:sz w:val="22"/>
          <w:rtl/>
          <w:szCs w:val="22"/>
        </w:rPr>
        <w:t>2. לא נכון – בהתחלה שאלה שאלות פשוטות כמו "איפה התחנה?" ו"כמה זה עולה?"; השאלות המורכבות יותר הגיעו בהמשך.</w:t>
      </w:r>
    </w:p>
    <w:p>
      <w:pPr>
        <w:bidi/>
        <w:spacing w:after="40"/>
        <w:jc w:val="right"/>
      </w:pPr>
      <w:r>
        <w:rPr>
          <w:rFonts w:ascii="Arial" w:hAnsi="Arial" w:cs="Arial" w:eastAsia="Arial"/>
          <w:lang w:val="he-IL" w:bidi="he-IL"/>
          <w:sz w:val="22"/>
          <w:rtl/>
          <w:szCs w:val="22"/>
        </w:rPr>
        <w:t>3. נכון – היא מבררת סיבה, בדומה ל"מדוע" אך בניסוח גבוה יותר.</w:t>
      </w:r>
    </w:p>
    <w:p>
      <w:pPr>
        <w:bidi/>
        <w:spacing w:after="40"/>
        <w:jc w:val="right"/>
      </w:pPr>
      <w:r>
        <w:rPr>
          <w:rFonts w:ascii="Arial" w:hAnsi="Arial" w:cs="Arial" w:eastAsia="Arial"/>
          <w:lang w:val="he-IL" w:bidi="he-IL"/>
          <w:sz w:val="22"/>
          <w:rtl/>
          <w:szCs w:val="22"/>
        </w:rPr>
        <w:t>4. לא נכון – בקטע נכתב שהיא מתנדבת בכל יום חמישי.</w:t>
      </w:r>
    </w:p>
    <w:p>
      <w:pPr>
        <w:bidi/>
        <w:pStyle w:val="Heading3"/>
        <w:spacing w:after="80"/>
        <w:jc w:val="right"/>
      </w:pPr>
      <w:r>
        <w:rPr>
          <w:rFonts w:ascii="Arial" w:hAnsi="Arial" w:cs="Arial" w:eastAsia="Arial"/>
          <w:lang w:val="he-IL" w:bidi="he-IL"/>
          <w:b/>
          <w:color w:val="38A169"/>
          <w:sz w:val="26"/>
          <w:rtl/>
          <w:szCs w:val="26"/>
          <w:bCs/>
        </w:rPr>
        <w:t>חלק ט״ז – פרק 5 · כתיבת שאלות: ראיון וחקירה – התאמת מילת שאלה לתפקידה</w:t>
      </w:r>
    </w:p>
    <w:p>
      <w:pPr>
        <w:bidi/>
        <w:spacing w:after="40"/>
        <w:jc w:val="right"/>
      </w:pPr>
      <w:r>
        <w:rPr>
          <w:rFonts w:ascii="Arial" w:hAnsi="Arial" w:cs="Arial" w:eastAsia="Arial"/>
          <w:lang w:val="he-IL" w:bidi="he-IL"/>
          <w:sz w:val="22"/>
          <w:rtl/>
          <w:szCs w:val="22"/>
        </w:rPr>
        <w:t>1 – ג (מבררת סיבה או גורם למעשה)</w:t>
      </w:r>
    </w:p>
    <w:p>
      <w:pPr>
        <w:bidi/>
        <w:spacing w:after="40"/>
        <w:jc w:val="right"/>
      </w:pPr>
      <w:r>
        <w:rPr>
          <w:rFonts w:ascii="Arial" w:hAnsi="Arial" w:cs="Arial" w:eastAsia="Arial"/>
          <w:lang w:val="he-IL" w:bidi="he-IL"/>
          <w:sz w:val="22"/>
          <w:rtl/>
          <w:szCs w:val="22"/>
        </w:rPr>
        <w:t>2 – ה (מבררת דרך או צורת פעולה)</w:t>
      </w:r>
    </w:p>
    <w:p>
      <w:pPr>
        <w:bidi/>
        <w:spacing w:after="40"/>
        <w:jc w:val="right"/>
      </w:pPr>
      <w:r>
        <w:rPr>
          <w:rFonts w:ascii="Arial" w:hAnsi="Arial" w:cs="Arial" w:eastAsia="Arial"/>
          <w:lang w:val="he-IL" w:bidi="he-IL"/>
          <w:sz w:val="22"/>
          <w:rtl/>
          <w:szCs w:val="22"/>
        </w:rPr>
        <w:t>3 – ב (מבררת נקודת התחלה בזמן)</w:t>
      </w:r>
    </w:p>
    <w:p>
      <w:pPr>
        <w:bidi/>
        <w:spacing w:after="40"/>
        <w:jc w:val="right"/>
      </w:pPr>
      <w:r>
        <w:rPr>
          <w:rFonts w:ascii="Arial" w:hAnsi="Arial" w:cs="Arial" w:eastAsia="Arial"/>
          <w:lang w:val="he-IL" w:bidi="he-IL"/>
          <w:sz w:val="22"/>
          <w:rtl/>
          <w:szCs w:val="22"/>
        </w:rPr>
        <w:t>4 – א (מבררת נקודת סיום בזמן)</w:t>
      </w:r>
    </w:p>
    <w:p>
      <w:pPr>
        <w:bidi/>
        <w:spacing w:after="40"/>
        <w:jc w:val="right"/>
      </w:pPr>
      <w:r>
        <w:rPr>
          <w:rFonts w:ascii="Arial" w:hAnsi="Arial" w:cs="Arial" w:eastAsia="Arial"/>
          <w:lang w:val="he-IL" w:bidi="he-IL"/>
          <w:sz w:val="22"/>
          <w:rtl/>
          <w:szCs w:val="22"/>
        </w:rPr>
        <w:t>5 – ד (מבררת מטרה או תכלית)</w:t>
      </w:r>
    </w:p>
    <w:p>
      <w:pPr>
        <w:bidi/>
        <w:pStyle w:val="Heading3"/>
        <w:spacing w:after="80"/>
        <w:jc w:val="right"/>
      </w:pPr>
      <w:r>
        <w:rPr>
          <w:rFonts w:ascii="Arial" w:hAnsi="Arial" w:cs="Arial" w:eastAsia="Arial"/>
          <w:lang w:val="he-IL" w:bidi="he-IL"/>
          <w:b/>
          <w:color w:val="805AD5"/>
          <w:sz w:val="26"/>
          <w:rtl/>
          <w:szCs w:val="26"/>
          <w:bCs/>
        </w:rPr>
        <w:t>חלק י״ז – פרק 5 · כתיבת שאלות: ראיון וחקירה – כותבים שאלות לראיון</w:t>
      </w:r>
    </w:p>
    <w:p>
      <w:pPr>
        <w:bidi/>
        <w:spacing w:after="40"/>
        <w:jc w:val="right"/>
      </w:pPr>
      <w:r>
        <w:rPr>
          <w:rFonts w:ascii="Arial" w:hAnsi="Arial" w:cs="Arial" w:eastAsia="Arial"/>
          <w:lang w:val="he-IL" w:bidi="he-IL"/>
          <w:sz w:val="22"/>
          <w:rtl/>
          <w:szCs w:val="22"/>
        </w:rPr>
        <w:t>1. שאלה שמנוסחת כהלכה ומבררת סיבה, למשל: מאיזו סיבה בחרת לעבור דווקא לכאן?</w:t>
      </w:r>
    </w:p>
    <w:p>
      <w:pPr>
        <w:bidi/>
        <w:spacing w:after="40"/>
        <w:jc w:val="right"/>
      </w:pPr>
      <w:r>
        <w:rPr>
          <w:rFonts w:ascii="Arial" w:hAnsi="Arial" w:cs="Arial" w:eastAsia="Arial"/>
          <w:lang w:val="he-IL" w:bidi="he-IL"/>
          <w:sz w:val="22"/>
          <w:rtl/>
          <w:szCs w:val="22"/>
        </w:rPr>
        <w:t>2. שאלה שמבררת דרך פעולה, למשל: באיזה אופן את/ה עוזר/ת לקשישים בשכונה?</w:t>
      </w:r>
    </w:p>
    <w:p>
      <w:pPr>
        <w:bidi/>
        <w:spacing w:after="40"/>
        <w:jc w:val="right"/>
      </w:pPr>
      <w:r>
        <w:rPr>
          <w:rFonts w:ascii="Arial" w:hAnsi="Arial" w:cs="Arial" w:eastAsia="Arial"/>
          <w:lang w:val="he-IL" w:bidi="he-IL"/>
          <w:sz w:val="22"/>
          <w:rtl/>
          <w:szCs w:val="22"/>
        </w:rPr>
        <w:t>3. שאלה שמבררת נקודת סיום בזמן, למשל: עד מתי תתנדבי במרכז לפני שתתחילי ללמוד?</w:t>
      </w:r>
    </w:p>
    <w:p>
      <w:pPr>
        <w:bidi/>
        <w:spacing w:after="40"/>
        <w:jc w:val="right"/>
      </w:pPr>
      <w:r>
        <w:rPr>
          <w:rFonts w:ascii="Arial" w:hAnsi="Arial" w:cs="Arial" w:eastAsia="Arial"/>
          <w:lang w:val="he-IL" w:bidi="he-IL"/>
          <w:sz w:val="22"/>
          <w:rtl/>
          <w:szCs w:val="22"/>
        </w:rPr>
        <w:t>4. תשובה הגיונית ועקבית עם דמותה של תמר כפי שמתוארת בקטע.</w:t>
      </w:r>
    </w:p>
    <w:p>
      <w:pPr>
        <w:bidi/>
        <w:spacing w:after="40"/>
        <w:jc w:val="right"/>
      </w:pPr>
      <w:r>
        <w:rPr>
          <w:rFonts w:ascii="Arial" w:hAnsi="Arial" w:cs="Arial" w:eastAsia="Arial"/>
          <w:lang w:val="he-IL" w:bidi="he-IL"/>
          <w:sz w:val="22"/>
          <w:rtl/>
          <w:szCs w:val="22"/>
        </w:rPr>
        <w:t>5. שאלות פתוחות מאפשרות למרואיין לפרט ולספר, בעוד שאלות סגורות מוודאות עובדה מהירה; יש לתת דוגמה אחת מכל סוג מהקטע או חדשה.</w:t>
      </w:r>
    </w:p>
    <w:p>
      <w:pPr>
        <w:bidi/>
        <w:pStyle w:val="Heading3"/>
        <w:spacing w:after="80"/>
        <w:jc w:val="right"/>
      </w:pPr>
      <w:r>
        <w:rPr>
          <w:rFonts w:ascii="Arial" w:hAnsi="Arial" w:cs="Arial" w:eastAsia="Arial"/>
          <w:lang w:val="he-IL" w:bidi="he-IL"/>
          <w:b/>
          <w:color w:val="D53F8C"/>
          <w:sz w:val="26"/>
          <w:rtl/>
          <w:szCs w:val="26"/>
          <w:bCs/>
        </w:rPr>
        <w:t>חלק י״ח – חזרה מסכמת – מילות שאלה מכל הפרקים</w:t>
      </w:r>
    </w:p>
    <w:p>
      <w:pPr>
        <w:bidi/>
        <w:spacing w:after="40"/>
        <w:jc w:val="right"/>
      </w:pPr>
      <w:r>
        <w:rPr>
          <w:rFonts w:ascii="Arial" w:hAnsi="Arial" w:cs="Arial" w:eastAsia="Arial"/>
          <w:lang w:val="he-IL" w:bidi="he-IL"/>
          <w:sz w:val="22"/>
          <w:rtl/>
          <w:szCs w:val="22"/>
        </w:rPr>
        <w:t>1. ב – איפה</w:t>
      </w:r>
    </w:p>
    <w:p>
      <w:pPr>
        <w:bidi/>
        <w:spacing w:after="40"/>
        <w:jc w:val="right"/>
      </w:pPr>
      <w:r>
        <w:rPr>
          <w:rFonts w:ascii="Arial" w:hAnsi="Arial" w:cs="Arial" w:eastAsia="Arial"/>
          <w:lang w:val="he-IL" w:bidi="he-IL"/>
          <w:sz w:val="22"/>
          <w:rtl/>
          <w:szCs w:val="22"/>
        </w:rPr>
        <w:t>2. א – איזה</w:t>
      </w:r>
    </w:p>
    <w:p>
      <w:pPr>
        <w:bidi/>
        <w:spacing w:after="40"/>
        <w:jc w:val="right"/>
      </w:pPr>
      <w:r>
        <w:rPr>
          <w:rFonts w:ascii="Arial" w:hAnsi="Arial" w:cs="Arial" w:eastAsia="Arial"/>
          <w:lang w:val="he-IL" w:bidi="he-IL"/>
          <w:sz w:val="22"/>
          <w:rtl/>
          <w:szCs w:val="22"/>
        </w:rPr>
        <w:t>3. ב – סיבה</w:t>
      </w:r>
    </w:p>
    <w:p>
      <w:pPr>
        <w:bidi/>
        <w:spacing w:after="40"/>
        <w:jc w:val="right"/>
      </w:pPr>
      <w:r>
        <w:rPr>
          <w:rFonts w:ascii="Arial" w:hAnsi="Arial" w:cs="Arial" w:eastAsia="Arial"/>
          <w:lang w:val="he-IL" w:bidi="he-IL"/>
          <w:sz w:val="22"/>
          <w:rtl/>
          <w:szCs w:val="22"/>
        </w:rPr>
        <w:t>4. ב – מארגנטינה</w:t>
      </w:r>
    </w:p>
    <w:p>
      <w:pPr>
        <w:bidi/>
        <w:spacing w:after="40"/>
        <w:jc w:val="right"/>
      </w:pPr>
      <w:r>
        <w:rPr>
          <w:rFonts w:ascii="Arial" w:hAnsi="Arial" w:cs="Arial" w:eastAsia="Arial"/>
          <w:lang w:val="he-IL" w:bidi="he-IL"/>
          <w:sz w:val="22"/>
          <w:rtl/>
          <w:szCs w:val="22"/>
        </w:rPr>
        <w:t>5. ב – ממתי שואלת על נקודת התחלה בזמן</w:t>
      </w:r>
    </w:p>
    <w:p>
      <w:pPr>
        <w:bidi/>
        <w:spacing w:after="40"/>
        <w:jc w:val="right"/>
      </w:pPr>
      <w:r>
        <w:rPr>
          <w:rFonts w:ascii="Arial" w:hAnsi="Arial" w:cs="Arial" w:eastAsia="Arial"/>
          <w:lang w:val="he-IL" w:bidi="he-IL"/>
          <w:sz w:val="22"/>
          <w:rtl/>
          <w:szCs w:val="22"/>
        </w:rPr>
        <w:t>6. ב – כיצד / באיזה אופן</w:t>
      </w:r>
    </w:p>
    <w:p>
      <w:pPr>
        <w:bidi/>
        <w:spacing w:after="40"/>
        <w:jc w:val="right"/>
      </w:pPr>
      <w:r>
        <w:rPr>
          <w:rFonts w:ascii="Arial" w:hAnsi="Arial" w:cs="Arial" w:eastAsia="Arial"/>
          <w:lang w:val="he-IL" w:bidi="he-IL"/>
          <w:sz w:val="22"/>
          <w:rtl/>
          <w:szCs w:val="22"/>
        </w:rPr>
        <w:t>7. ב – מטרה או תכלית</w:t>
      </w:r>
    </w:p>
    <w:p>
      <w:pPr>
        <w:bidi/>
        <w:pStyle w:val="Heading3"/>
        <w:spacing w:after="80"/>
        <w:jc w:val="right"/>
      </w:pPr>
      <w:r>
        <w:rPr>
          <w:rFonts w:ascii="Arial" w:hAnsi="Arial" w:cs="Arial" w:eastAsia="Arial"/>
          <w:lang w:val="he-IL" w:bidi="he-IL"/>
          <w:b/>
          <w:color w:val="E53E3E"/>
          <w:sz w:val="26"/>
          <w:rtl/>
          <w:szCs w:val="26"/>
          <w:bCs/>
        </w:rPr>
        <w:t>חלק י״ט – חזרה מסכמת – כתיבה והבנה</w:t>
      </w:r>
    </w:p>
    <w:p>
      <w:pPr>
        <w:bidi/>
        <w:spacing w:after="40"/>
        <w:jc w:val="right"/>
      </w:pPr>
      <w:r>
        <w:rPr>
          <w:rFonts w:ascii="Arial" w:hAnsi="Arial" w:cs="Arial" w:eastAsia="Arial"/>
          <w:lang w:val="he-IL" w:bidi="he-IL"/>
          <w:sz w:val="22"/>
          <w:rtl/>
          <w:szCs w:val="22"/>
        </w:rPr>
        <w:t>1. תשובה חופשית; יש לציין הקשר מתאים לכל מילה ולהדגים בקצרה</w:t>
      </w:r>
    </w:p>
    <w:p>
      <w:pPr>
        <w:bidi/>
        <w:spacing w:after="40"/>
        <w:jc w:val="right"/>
      </w:pPr>
      <w:r>
        <w:rPr>
          <w:rFonts w:ascii="Arial" w:hAnsi="Arial" w:cs="Arial" w:eastAsia="Arial"/>
          <w:lang w:val="he-IL" w:bidi="he-IL"/>
          <w:sz w:val="22"/>
          <w:rtl/>
          <w:szCs w:val="22"/>
        </w:rPr>
        <w:t>2. שתי שאלות תקינות מבחינה דקדוקית, אחת עם 'מדוע/למה' ואחת עם 'לשם מה/למטרה', עם תשובה קצרה והגיונית</w:t>
      </w:r>
    </w:p>
    <w:p>
      <w:pPr>
        <w:bidi/>
        <w:spacing w:after="40"/>
        <w:jc w:val="right"/>
      </w:pPr>
      <w:r>
        <w:rPr>
          <w:rFonts w:ascii="Arial" w:hAnsi="Arial" w:cs="Arial" w:eastAsia="Arial"/>
          <w:lang w:val="he-IL" w:bidi="he-IL"/>
          <w:sz w:val="22"/>
          <w:rtl/>
          <w:szCs w:val="22"/>
        </w:rPr>
        <w:t>3. הסבר הקושר בין שאילת שאלות להתפתחות האישית של תמר (הכרת אנשים, התנדבות, שפה), עם ציטוט קצר או דוגמה מהטקסט</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מצטט/ת דוגמה מהקטע ומסביר/ה את ההבדל בין סיבה למטרה בבירור</w:t>
      </w:r>
    </w:p>
    <w:p>
      <w:pPr>
        <w:bidi/>
        <w:spacing w:after="80"/>
        <w:jc w:val="right"/>
      </w:pPr>
      <w:r>
        <w:rPr>
          <w:rFonts w:ascii="Arial" w:hAnsi="Arial" w:cs="Arial" w:eastAsia="Arial"/>
          <w:lang w:val="he-IL" w:bidi="he-IL"/>
          <w:sz w:val="22"/>
          <w:rtl/>
          <w:szCs w:val="22"/>
        </w:rPr>
        <w:t>• השאלה שנוסחה תקינה תחבירית ומשתמשת נכון במילת השאלה הגבוהה</w:t>
      </w:r>
    </w:p>
    <w:p>
      <w:pPr>
        <w:bidi/>
        <w:spacing w:after="80"/>
        <w:jc w:val="right"/>
      </w:pPr>
      <w:r>
        <w:rPr>
          <w:rFonts w:ascii="Arial" w:hAnsi="Arial" w:cs="Arial" w:eastAsia="Arial"/>
          <w:lang w:val="he-IL" w:bidi="he-IL"/>
          <w:sz w:val="22"/>
          <w:rtl/>
          <w:szCs w:val="22"/>
        </w:rPr>
        <w:t>• התשובה מתבססת על פרטים מדויקים מהטקסט ולא על ניחוש כללי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לפרוס את החוברת על פני שני עד שלושה שיעורים: שיעור ראשון למילות שאלה ובחנת סיבה-מטרה, שיעור שני לקריאה והבנה, שיעור שלישי לכתיבת שאלות</w:t>
      </w:r>
    </w:p>
    <w:p>
      <w:pPr>
        <w:bidi/>
        <w:spacing w:after="80"/>
        <w:jc w:val="right"/>
      </w:pPr>
      <w:r>
        <w:rPr>
          <w:rFonts w:ascii="Arial" w:hAnsi="Arial" w:cs="Arial" w:eastAsia="Arial"/>
          <w:lang w:val="he-IL" w:bidi="he-IL"/>
          <w:sz w:val="22"/>
          <w:rtl/>
          <w:szCs w:val="22"/>
        </w:rPr>
        <w:t>• לתלמידים מתקשים אפשר לתת רשימת מילות שאלה כעזר ולבקש להשלים רק חלק מהשאלות בקטע הקריאה</w:t>
      </w:r>
    </w:p>
    <w:p>
      <w:pPr>
        <w:bidi/>
        <w:spacing w:after="80"/>
        <w:jc w:val="right"/>
      </w:pPr>
      <w:r>
        <w:rPr>
          <w:rFonts w:ascii="Arial" w:hAnsi="Arial" w:cs="Arial" w:eastAsia="Arial"/>
          <w:lang w:val="he-IL" w:bidi="he-IL"/>
          <w:sz w:val="22"/>
          <w:rtl/>
          <w:szCs w:val="22"/>
        </w:rPr>
        <w:t>• לתלמידים מתקדמים כדאי להוסיף דרישה לכתוב פסקה קצרה בסגנון הקטע, תוך שימוש בלפחות שלוש מילות שאלה גבוהות</w:t>
      </w:r>
    </w:p>
    <w:p>
      <w:pPr>
        <w:bidi/>
        <w:spacing w:after="80"/>
        <w:jc w:val="right"/>
      </w:pPr>
      <w:r>
        <w:rPr>
          <w:rFonts w:ascii="Arial" w:hAnsi="Arial" w:cs="Arial" w:eastAsia="Arial"/>
          <w:lang w:val="he-IL" w:bidi="he-IL"/>
          <w:sz w:val="22"/>
          <w:rtl/>
          <w:szCs w:val="22"/>
        </w:rPr>
        <w:t>• כדאי לקיים דיון קצר בכיתה על ההבדל בין סיבה למטרה לפני המעבר לתרגילי הכתיבה העצמאית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מילות שאלה – מי? מה? איפה? 🗝️</w:t>
            </w:r>
          </w:p>
          <w:p>
            <w:pPr>
              <w:bidi/>
              <w:jc w:val="right"/>
            </w:pPr>
            <w:r>
              <w:rPr>
                <w:rFonts w:ascii="Arial" w:hAnsi="Arial" w:cs="Arial" w:eastAsia="Arial"/>
                <w:lang w:val="he-IL" w:bidi="he-IL"/>
                <w:b/>
                <w:color w:val="3C1361"/>
                <w:sz w:val="32"/>
                <w:rtl/>
                <w:szCs w:val="32"/>
                <w:bCs/>
              </w:rPr>
              <w:t>חוברת תרגול – מילות שאלה: מי? מה? איפה?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תתרגלו מילות שאלה ברמות שונות של דיוק ועומק, תוך התבססות על קטע הקריאה על תמר. עברו על הפרקים לפי הסדר, והשוו בין התשובות שלכם לדוגמאות המוצעות כדי לחדד את ההבנה.</w:t>
      </w:r>
    </w:p>
    <w:p>
      <w:pPr>
        <w:bidi/>
        <w:pStyle w:val="Heading2"/>
        <w:spacing w:after="80"/>
        <w:jc w:val="right"/>
      </w:pPr>
      <w:r>
        <w:rPr>
          <w:rFonts w:ascii="Arial" w:hAnsi="Arial" w:cs="Arial" w:eastAsia="Arial"/>
          <w:lang w:val="he-IL" w:bidi="he-IL"/>
          <w:b/>
          <w:color w:val="E53E3E"/>
          <w:sz w:val="28"/>
          <w:rtl/>
          <w:szCs w:val="28"/>
          <w:bCs/>
        </w:rPr>
        <w:t>1  חלק א׳ – פרק 1 · מילות שאלה: מהבסיס לרמה גבוהה – התאמת מילות שאלה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שואלת על סיבה</w:t>
            </w:r>
          </w:p>
        </w:tc>
      </w:tr>
      <w:tr>
        <w:tc>
          <w:tcPr>
            <w:tcW w:type="dxa" w:w="3969"/>
          </w:tcPr>
          <w:p>
            <w:pPr>
              <w:bidi/>
              <w:jc w:val="right"/>
            </w:pPr>
            <w:r>
              <w:rPr>
                <w:rFonts w:ascii="Arial" w:hAnsi="Arial" w:cs="Arial" w:eastAsia="Arial"/>
                <w:lang w:val="he-IL" w:bidi="he-IL"/>
                <w:sz w:val="24"/>
                <w:rtl/>
                <w:szCs w:val="24"/>
              </w:rPr>
              <w:t>2. 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שואלת על אדם</w:t>
            </w:r>
          </w:p>
        </w:tc>
      </w:tr>
      <w:tr>
        <w:tc>
          <w:tcPr>
            <w:tcW w:type="dxa" w:w="3969"/>
          </w:tcPr>
          <w:p>
            <w:pPr>
              <w:bidi/>
              <w:jc w:val="right"/>
            </w:pPr>
            <w:r>
              <w:rPr>
                <w:rFonts w:ascii="Arial" w:hAnsi="Arial" w:cs="Arial" w:eastAsia="Arial"/>
                <w:lang w:val="he-IL" w:bidi="he-IL"/>
                <w:sz w:val="24"/>
                <w:rtl/>
                <w:szCs w:val="24"/>
              </w:rPr>
              <w:t>3. איפה?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שואלת על זמן</w:t>
            </w:r>
          </w:p>
        </w:tc>
      </w:tr>
      <w:tr>
        <w:tc>
          <w:tcPr>
            <w:tcW w:type="dxa" w:w="3969"/>
          </w:tcPr>
          <w:p>
            <w:pPr>
              <w:bidi/>
              <w:jc w:val="right"/>
            </w:pPr>
            <w:r>
              <w:rPr>
                <w:rFonts w:ascii="Arial" w:hAnsi="Arial" w:cs="Arial" w:eastAsia="Arial"/>
                <w:lang w:val="he-IL" w:bidi="he-IL"/>
                <w:sz w:val="24"/>
                <w:rtl/>
                <w:szCs w:val="24"/>
              </w:rPr>
              <w:t>4. מתי?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שואלת על דבר או עניין</w:t>
            </w:r>
          </w:p>
        </w:tc>
      </w:tr>
      <w:tr>
        <w:tc>
          <w:tcPr>
            <w:tcW w:type="dxa" w:w="3969"/>
          </w:tcPr>
          <w:p>
            <w:pPr>
              <w:bidi/>
              <w:jc w:val="right"/>
            </w:pPr>
            <w:r>
              <w:rPr>
                <w:rFonts w:ascii="Arial" w:hAnsi="Arial" w:cs="Arial" w:eastAsia="Arial"/>
                <w:lang w:val="he-IL" w:bidi="he-IL"/>
                <w:sz w:val="24"/>
                <w:rtl/>
                <w:szCs w:val="24"/>
              </w:rPr>
              <w:t>5. למה? מדוע?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שואלת על כמות</w:t>
            </w:r>
          </w:p>
        </w:tc>
      </w:tr>
      <w:tr>
        <w:tc>
          <w:tcPr>
            <w:tcW w:type="dxa" w:w="3969"/>
          </w:tcPr>
          <w:p>
            <w:pPr>
              <w:bidi/>
              <w:jc w:val="right"/>
            </w:pPr>
            <w:r>
              <w:rPr>
                <w:rFonts w:ascii="Arial" w:hAnsi="Arial" w:cs="Arial" w:eastAsia="Arial"/>
                <w:lang w:val="he-IL" w:bidi="he-IL"/>
                <w:sz w:val="24"/>
                <w:rtl/>
                <w:szCs w:val="24"/>
              </w:rPr>
              <w:t>6. כמה?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שואלת על מקום</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מילות שאלה: מהבסיס לרמה גבוהה – ממילים פשוטות למילים גבוהות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בקטע נכתב: 'באיזה אופן אפשר להתנדב בעיר?' מילת השאלה 'באיזה אופן' מקבילה למילה הפשוטה:</w:t>
      </w:r>
    </w:p>
    <w:p>
      <w:pPr>
        <w:bidi/>
        <w:spacing w:after="20"/>
        <w:jc w:val="right"/>
      </w:pPr>
      <w:r>
        <w:rPr>
          <w:rFonts w:ascii="Arial" w:hAnsi="Arial" w:cs="Arial" w:eastAsia="Arial"/>
          <w:lang w:val="he-IL" w:bidi="he-IL"/>
          <w:sz w:val="24"/>
          <w:rtl/>
          <w:szCs w:val="24"/>
        </w:rPr>
        <w:t xml:space="preserve">      ☐ א. איך</w:t>
      </w:r>
    </w:p>
    <w:p>
      <w:pPr>
        <w:bidi/>
        <w:spacing w:after="20"/>
        <w:jc w:val="right"/>
      </w:pPr>
      <w:r>
        <w:rPr>
          <w:rFonts w:ascii="Arial" w:hAnsi="Arial" w:cs="Arial" w:eastAsia="Arial"/>
          <w:lang w:val="he-IL" w:bidi="he-IL"/>
          <w:sz w:val="24"/>
          <w:rtl/>
          <w:szCs w:val="24"/>
        </w:rPr>
        <w:t xml:space="preserve">      ☐ ב. מתי</w:t>
      </w:r>
    </w:p>
    <w:p>
      <w:pPr>
        <w:bidi/>
        <w:spacing w:after="20"/>
        <w:jc w:val="right"/>
      </w:pPr>
      <w:r>
        <w:rPr>
          <w:rFonts w:ascii="Arial" w:hAnsi="Arial" w:cs="Arial" w:eastAsia="Arial"/>
          <w:lang w:val="he-IL" w:bidi="he-IL"/>
          <w:sz w:val="24"/>
          <w:rtl/>
          <w:szCs w:val="24"/>
        </w:rPr>
        <w:t xml:space="preserve">      ☐ ג. איפה</w:t>
      </w:r>
    </w:p>
    <w:p>
      <w:pPr>
        <w:bidi/>
        <w:spacing w:after="20"/>
        <w:jc w:val="right"/>
      </w:pPr>
      <w:r>
        <w:rPr>
          <w:rFonts w:ascii="Arial" w:hAnsi="Arial" w:cs="Arial" w:eastAsia="Arial"/>
          <w:lang w:val="he-IL" w:bidi="he-IL"/>
          <w:sz w:val="24"/>
          <w:rtl/>
          <w:szCs w:val="24"/>
        </w:rPr>
        <w:t xml:space="preserve">      ☐ ד. למה</w:t>
      </w:r>
    </w:p>
    <w:p>
      <w:pPr>
        <w:bidi/>
        <w:spacing w:after="20"/>
        <w:jc w:val="right"/>
      </w:pPr>
      <w:r>
        <w:rPr>
          <w:rFonts w:ascii="Arial" w:hAnsi="Arial" w:cs="Arial" w:eastAsia="Arial"/>
          <w:lang w:val="he-IL" w:bidi="he-IL"/>
          <w:b/>
          <w:sz w:val="24"/>
          <w:rtl/>
          <w:szCs w:val="24"/>
          <w:bCs/>
        </w:rPr>
        <w:t>2. החברה שאלה: 'לשם מה לשאול, אם אפשר לחפש לבד?' מילת השאלה 'לשם מה' קרובה במשמעותה ל:</w:t>
      </w:r>
    </w:p>
    <w:p>
      <w:pPr>
        <w:bidi/>
        <w:spacing w:after="20"/>
        <w:jc w:val="right"/>
      </w:pPr>
      <w:r>
        <w:rPr>
          <w:rFonts w:ascii="Arial" w:hAnsi="Arial" w:cs="Arial" w:eastAsia="Arial"/>
          <w:lang w:val="he-IL" w:bidi="he-IL"/>
          <w:sz w:val="24"/>
          <w:rtl/>
          <w:szCs w:val="24"/>
        </w:rPr>
        <w:t xml:space="preserve">      ☐ א. מה המטרה</w:t>
      </w:r>
    </w:p>
    <w:p>
      <w:pPr>
        <w:bidi/>
        <w:spacing w:after="20"/>
        <w:jc w:val="right"/>
      </w:pPr>
      <w:r>
        <w:rPr>
          <w:rFonts w:ascii="Arial" w:hAnsi="Arial" w:cs="Arial" w:eastAsia="Arial"/>
          <w:lang w:val="he-IL" w:bidi="he-IL"/>
          <w:sz w:val="24"/>
          <w:rtl/>
          <w:szCs w:val="24"/>
        </w:rPr>
        <w:t xml:space="preserve">      ☐ ב. מה המקום</w:t>
      </w:r>
    </w:p>
    <w:p>
      <w:pPr>
        <w:bidi/>
        <w:spacing w:after="20"/>
        <w:jc w:val="right"/>
      </w:pPr>
      <w:r>
        <w:rPr>
          <w:rFonts w:ascii="Arial" w:hAnsi="Arial" w:cs="Arial" w:eastAsia="Arial"/>
          <w:lang w:val="he-IL" w:bidi="he-IL"/>
          <w:sz w:val="24"/>
          <w:rtl/>
          <w:szCs w:val="24"/>
        </w:rPr>
        <w:t xml:space="preserve">      ☐ ג. כמה זמן</w:t>
      </w:r>
    </w:p>
    <w:p>
      <w:pPr>
        <w:bidi/>
        <w:spacing w:after="20"/>
        <w:jc w:val="right"/>
      </w:pPr>
      <w:r>
        <w:rPr>
          <w:rFonts w:ascii="Arial" w:hAnsi="Arial" w:cs="Arial" w:eastAsia="Arial"/>
          <w:lang w:val="he-IL" w:bidi="he-IL"/>
          <w:sz w:val="24"/>
          <w:rtl/>
          <w:szCs w:val="24"/>
        </w:rPr>
        <w:t xml:space="preserve">      ☐ ד. מי שאל</w:t>
      </w:r>
    </w:p>
    <w:p>
      <w:pPr>
        <w:bidi/>
        <w:spacing w:after="20"/>
        <w:jc w:val="right"/>
      </w:pPr>
      <w:r>
        <w:rPr>
          <w:rFonts w:ascii="Arial" w:hAnsi="Arial" w:cs="Arial" w:eastAsia="Arial"/>
          <w:lang w:val="he-IL" w:bidi="he-IL"/>
          <w:b/>
          <w:sz w:val="24"/>
          <w:rtl/>
          <w:szCs w:val="24"/>
          <w:bCs/>
        </w:rPr>
        <w:t>3. הביטוי 'מאיזו סיבה' הוא ניסוח גבוה יותר של מילת השאלה:</w:t>
      </w:r>
    </w:p>
    <w:p>
      <w:pPr>
        <w:bidi/>
        <w:spacing w:after="20"/>
        <w:jc w:val="right"/>
      </w:pPr>
      <w:r>
        <w:rPr>
          <w:rFonts w:ascii="Arial" w:hAnsi="Arial" w:cs="Arial" w:eastAsia="Arial"/>
          <w:lang w:val="he-IL" w:bidi="he-IL"/>
          <w:sz w:val="24"/>
          <w:rtl/>
          <w:szCs w:val="24"/>
        </w:rPr>
        <w:t xml:space="preserve">      ☐ א. מדוע</w:t>
      </w:r>
    </w:p>
    <w:p>
      <w:pPr>
        <w:bidi/>
        <w:spacing w:after="20"/>
        <w:jc w:val="right"/>
      </w:pPr>
      <w:r>
        <w:rPr>
          <w:rFonts w:ascii="Arial" w:hAnsi="Arial" w:cs="Arial" w:eastAsia="Arial"/>
          <w:lang w:val="he-IL" w:bidi="he-IL"/>
          <w:sz w:val="24"/>
          <w:rtl/>
          <w:szCs w:val="24"/>
        </w:rPr>
        <w:t xml:space="preserve">      ☐ ב. איפה</w:t>
      </w:r>
    </w:p>
    <w:p>
      <w:pPr>
        <w:bidi/>
        <w:spacing w:after="20"/>
        <w:jc w:val="right"/>
      </w:pPr>
      <w:r>
        <w:rPr>
          <w:rFonts w:ascii="Arial" w:hAnsi="Arial" w:cs="Arial" w:eastAsia="Arial"/>
          <w:lang w:val="he-IL" w:bidi="he-IL"/>
          <w:sz w:val="24"/>
          <w:rtl/>
          <w:szCs w:val="24"/>
        </w:rPr>
        <w:t xml:space="preserve">      ☐ ג. לאן</w:t>
      </w:r>
    </w:p>
    <w:p>
      <w:pPr>
        <w:bidi/>
        <w:spacing w:after="20"/>
        <w:jc w:val="right"/>
      </w:pPr>
      <w:r>
        <w:rPr>
          <w:rFonts w:ascii="Arial" w:hAnsi="Arial" w:cs="Arial" w:eastAsia="Arial"/>
          <w:lang w:val="he-IL" w:bidi="he-IL"/>
          <w:sz w:val="24"/>
          <w:rtl/>
          <w:szCs w:val="24"/>
        </w:rPr>
        <w:t xml:space="preserve">      ☐ ד. כמה</w:t>
      </w:r>
    </w:p>
    <w:p>
      <w:pPr>
        <w:bidi/>
        <w:spacing w:after="20"/>
        <w:jc w:val="right"/>
      </w:pPr>
      <w:r>
        <w:rPr>
          <w:rFonts w:ascii="Arial" w:hAnsi="Arial" w:cs="Arial" w:eastAsia="Arial"/>
          <w:lang w:val="he-IL" w:bidi="he-IL"/>
          <w:b/>
          <w:sz w:val="24"/>
          <w:rtl/>
          <w:szCs w:val="24"/>
          <w:bCs/>
        </w:rPr>
        <w:t>4. בשאלה 'ממתי את רוצה להיות מורה?' מילת השאלה 'ממתי' שואלת על:</w:t>
      </w:r>
    </w:p>
    <w:p>
      <w:pPr>
        <w:bidi/>
        <w:spacing w:after="20"/>
        <w:jc w:val="right"/>
      </w:pPr>
      <w:r>
        <w:rPr>
          <w:rFonts w:ascii="Arial" w:hAnsi="Arial" w:cs="Arial" w:eastAsia="Arial"/>
          <w:lang w:val="he-IL" w:bidi="he-IL"/>
          <w:sz w:val="24"/>
          <w:rtl/>
          <w:szCs w:val="24"/>
        </w:rPr>
        <w:t xml:space="preserve">      ☐ א. נקודת הזמן שבה משהו התחיל</w:t>
      </w:r>
    </w:p>
    <w:p>
      <w:pPr>
        <w:bidi/>
        <w:spacing w:after="20"/>
        <w:jc w:val="right"/>
      </w:pPr>
      <w:r>
        <w:rPr>
          <w:rFonts w:ascii="Arial" w:hAnsi="Arial" w:cs="Arial" w:eastAsia="Arial"/>
          <w:lang w:val="he-IL" w:bidi="he-IL"/>
          <w:sz w:val="24"/>
          <w:rtl/>
          <w:szCs w:val="24"/>
        </w:rPr>
        <w:t xml:space="preserve">      ☐ ב. מקום מסוים</w:t>
      </w:r>
    </w:p>
    <w:p>
      <w:pPr>
        <w:bidi/>
        <w:spacing w:after="20"/>
        <w:jc w:val="right"/>
      </w:pPr>
      <w:r>
        <w:rPr>
          <w:rFonts w:ascii="Arial" w:hAnsi="Arial" w:cs="Arial" w:eastAsia="Arial"/>
          <w:lang w:val="he-IL" w:bidi="he-IL"/>
          <w:sz w:val="24"/>
          <w:rtl/>
          <w:szCs w:val="24"/>
        </w:rPr>
        <w:t xml:space="preserve">      ☐ ג. סיבה למעשה</w:t>
      </w:r>
    </w:p>
    <w:p>
      <w:pPr>
        <w:bidi/>
        <w:spacing w:after="20"/>
        <w:jc w:val="right"/>
      </w:pPr>
      <w:r>
        <w:rPr>
          <w:rFonts w:ascii="Arial" w:hAnsi="Arial" w:cs="Arial" w:eastAsia="Arial"/>
          <w:lang w:val="he-IL" w:bidi="he-IL"/>
          <w:sz w:val="24"/>
          <w:rtl/>
          <w:szCs w:val="24"/>
        </w:rPr>
        <w:t xml:space="preserve">      ☐ ד. כמות של דברים</w:t>
      </w:r>
    </w:p>
    <w:p>
      <w:pPr>
        <w:bidi/>
        <w:spacing w:after="20"/>
        <w:jc w:val="right"/>
      </w:pPr>
      <w:r>
        <w:rPr>
          <w:rFonts w:ascii="Arial" w:hAnsi="Arial" w:cs="Arial" w:eastAsia="Arial"/>
          <w:lang w:val="he-IL" w:bidi="he-IL"/>
          <w:b/>
          <w:sz w:val="24"/>
          <w:rtl/>
          <w:szCs w:val="24"/>
          <w:bCs/>
        </w:rPr>
        <w:t>5. מילת השאלה 'עד מתי' שונה מהמילה 'מתי' כי היא מדגישה:</w:t>
      </w:r>
    </w:p>
    <w:p>
      <w:pPr>
        <w:bidi/>
        <w:spacing w:after="20"/>
        <w:jc w:val="right"/>
      </w:pPr>
      <w:r>
        <w:rPr>
          <w:rFonts w:ascii="Arial" w:hAnsi="Arial" w:cs="Arial" w:eastAsia="Arial"/>
          <w:lang w:val="he-IL" w:bidi="he-IL"/>
          <w:sz w:val="24"/>
          <w:rtl/>
          <w:szCs w:val="24"/>
        </w:rPr>
        <w:t xml:space="preserve">      ☐ א. נקודת סיום בזמן</w:t>
      </w:r>
    </w:p>
    <w:p>
      <w:pPr>
        <w:bidi/>
        <w:spacing w:after="20"/>
        <w:jc w:val="right"/>
      </w:pPr>
      <w:r>
        <w:rPr>
          <w:rFonts w:ascii="Arial" w:hAnsi="Arial" w:cs="Arial" w:eastAsia="Arial"/>
          <w:lang w:val="he-IL" w:bidi="he-IL"/>
          <w:sz w:val="24"/>
          <w:rtl/>
          <w:szCs w:val="24"/>
        </w:rPr>
        <w:t xml:space="preserve">      ☐ ב. מקום הסיום</w:t>
      </w:r>
    </w:p>
    <w:p>
      <w:pPr>
        <w:bidi/>
        <w:spacing w:after="20"/>
        <w:jc w:val="right"/>
      </w:pPr>
      <w:r>
        <w:rPr>
          <w:rFonts w:ascii="Arial" w:hAnsi="Arial" w:cs="Arial" w:eastAsia="Arial"/>
          <w:lang w:val="he-IL" w:bidi="he-IL"/>
          <w:sz w:val="24"/>
          <w:rtl/>
          <w:szCs w:val="24"/>
        </w:rPr>
        <w:t xml:space="preserve">      ☐ ג. כמות המשתתפים</w:t>
      </w:r>
    </w:p>
    <w:p>
      <w:pPr>
        <w:bidi/>
        <w:spacing w:after="20"/>
        <w:jc w:val="right"/>
      </w:pPr>
      <w:r>
        <w:rPr>
          <w:rFonts w:ascii="Arial" w:hAnsi="Arial" w:cs="Arial" w:eastAsia="Arial"/>
          <w:lang w:val="he-IL" w:bidi="he-IL"/>
          <w:sz w:val="24"/>
          <w:rtl/>
          <w:szCs w:val="24"/>
        </w:rPr>
        <w:t xml:space="preserve">      ☐ ד. זהות השואל</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מילות שאלה: מהבסיס לרמה גבוהה – כתיבה ושאלות עומק</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שאלה על הקטע באמצעות מילת השאלה 'באיזה אופן'.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מה ההבדל בין השאלה 'למה תמר מתנדבת?' לבין השאלה 'לשם מה תמר מתנדבת?'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שלוש שאלות על הקטע: אחת עם 'מאיזו סיבה', אחת עם 'עד מתי' ואחת עם 'ממתי'. ענו בקצרה על אחת מהן.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שאלות סיבה ושאלות מטרה – הכרת מילות השאלה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מהמילים הבאות היא מילת שאלה המבקשת סיבה?</w:t>
      </w:r>
    </w:p>
    <w:p>
      <w:pPr>
        <w:bidi/>
        <w:spacing w:after="20"/>
        <w:jc w:val="right"/>
      </w:pPr>
      <w:r>
        <w:rPr>
          <w:rFonts w:ascii="Arial" w:hAnsi="Arial" w:cs="Arial" w:eastAsia="Arial"/>
          <w:lang w:val="he-IL" w:bidi="he-IL"/>
          <w:sz w:val="24"/>
          <w:rtl/>
          <w:szCs w:val="24"/>
        </w:rPr>
        <w:t xml:space="preserve">      ☐ א. לשם מה</w:t>
      </w:r>
    </w:p>
    <w:p>
      <w:pPr>
        <w:bidi/>
        <w:spacing w:after="20"/>
        <w:jc w:val="right"/>
      </w:pPr>
      <w:r>
        <w:rPr>
          <w:rFonts w:ascii="Arial" w:hAnsi="Arial" w:cs="Arial" w:eastAsia="Arial"/>
          <w:lang w:val="he-IL" w:bidi="he-IL"/>
          <w:sz w:val="24"/>
          <w:rtl/>
          <w:szCs w:val="24"/>
        </w:rPr>
        <w:t xml:space="preserve">      ☐ ב. מדוע</w:t>
      </w:r>
    </w:p>
    <w:p>
      <w:pPr>
        <w:bidi/>
        <w:spacing w:after="20"/>
        <w:jc w:val="right"/>
      </w:pPr>
      <w:r>
        <w:rPr>
          <w:rFonts w:ascii="Arial" w:hAnsi="Arial" w:cs="Arial" w:eastAsia="Arial"/>
          <w:lang w:val="he-IL" w:bidi="he-IL"/>
          <w:sz w:val="24"/>
          <w:rtl/>
          <w:szCs w:val="24"/>
        </w:rPr>
        <w:t xml:space="preserve">      ☐ ג. באיזה אופן</w:t>
      </w:r>
    </w:p>
    <w:p>
      <w:pPr>
        <w:bidi/>
        <w:spacing w:after="20"/>
        <w:jc w:val="right"/>
      </w:pPr>
      <w:r>
        <w:rPr>
          <w:rFonts w:ascii="Arial" w:hAnsi="Arial" w:cs="Arial" w:eastAsia="Arial"/>
          <w:lang w:val="he-IL" w:bidi="he-IL"/>
          <w:sz w:val="24"/>
          <w:rtl/>
          <w:szCs w:val="24"/>
        </w:rPr>
        <w:t xml:space="preserve">      ☐ ד. כמה</w:t>
      </w:r>
    </w:p>
    <w:p>
      <w:pPr>
        <w:bidi/>
        <w:spacing w:after="20"/>
        <w:jc w:val="right"/>
      </w:pPr>
      <w:r>
        <w:rPr>
          <w:rFonts w:ascii="Arial" w:hAnsi="Arial" w:cs="Arial" w:eastAsia="Arial"/>
          <w:lang w:val="he-IL" w:bidi="he-IL"/>
          <w:b/>
          <w:sz w:val="24"/>
          <w:rtl/>
          <w:szCs w:val="24"/>
          <w:bCs/>
        </w:rPr>
        <w:t>2. איזו מהמילים הבאות היא מילת שאלה המבקשת מטרה?</w:t>
      </w:r>
    </w:p>
    <w:p>
      <w:pPr>
        <w:bidi/>
        <w:spacing w:after="20"/>
        <w:jc w:val="right"/>
      </w:pPr>
      <w:r>
        <w:rPr>
          <w:rFonts w:ascii="Arial" w:hAnsi="Arial" w:cs="Arial" w:eastAsia="Arial"/>
          <w:lang w:val="he-IL" w:bidi="he-IL"/>
          <w:sz w:val="24"/>
          <w:rtl/>
          <w:szCs w:val="24"/>
        </w:rPr>
        <w:t xml:space="preserve">      ☐ א. מדוע</w:t>
      </w:r>
    </w:p>
    <w:p>
      <w:pPr>
        <w:bidi/>
        <w:spacing w:after="20"/>
        <w:jc w:val="right"/>
      </w:pPr>
      <w:r>
        <w:rPr>
          <w:rFonts w:ascii="Arial" w:hAnsi="Arial" w:cs="Arial" w:eastAsia="Arial"/>
          <w:lang w:val="he-IL" w:bidi="he-IL"/>
          <w:sz w:val="24"/>
          <w:rtl/>
          <w:szCs w:val="24"/>
        </w:rPr>
        <w:t xml:space="preserve">      ☐ ב. מאיזו סיבה</w:t>
      </w:r>
    </w:p>
    <w:p>
      <w:pPr>
        <w:bidi/>
        <w:spacing w:after="20"/>
        <w:jc w:val="right"/>
      </w:pPr>
      <w:r>
        <w:rPr>
          <w:rFonts w:ascii="Arial" w:hAnsi="Arial" w:cs="Arial" w:eastAsia="Arial"/>
          <w:lang w:val="he-IL" w:bidi="he-IL"/>
          <w:sz w:val="24"/>
          <w:rtl/>
          <w:szCs w:val="24"/>
        </w:rPr>
        <w:t xml:space="preserve">      ☐ ג. לשם מה</w:t>
      </w:r>
    </w:p>
    <w:p>
      <w:pPr>
        <w:bidi/>
        <w:spacing w:after="20"/>
        <w:jc w:val="right"/>
      </w:pPr>
      <w:r>
        <w:rPr>
          <w:rFonts w:ascii="Arial" w:hAnsi="Arial" w:cs="Arial" w:eastAsia="Arial"/>
          <w:lang w:val="he-IL" w:bidi="he-IL"/>
          <w:sz w:val="24"/>
          <w:rtl/>
          <w:szCs w:val="24"/>
        </w:rPr>
        <w:t xml:space="preserve">      ☐ ד. למה</w:t>
      </w:r>
    </w:p>
    <w:p>
      <w:pPr>
        <w:bidi/>
        <w:spacing w:after="20"/>
        <w:jc w:val="right"/>
      </w:pPr>
      <w:r>
        <w:rPr>
          <w:rFonts w:ascii="Arial" w:hAnsi="Arial" w:cs="Arial" w:eastAsia="Arial"/>
          <w:lang w:val="he-IL" w:bidi="he-IL"/>
          <w:b/>
          <w:sz w:val="24"/>
          <w:rtl/>
          <w:szCs w:val="24"/>
          <w:bCs/>
        </w:rPr>
        <w:t>3. בקטע על תמר נכתב: "מדוע אומרים את זה כך?" – איזו שאלה זו?</w:t>
      </w:r>
    </w:p>
    <w:p>
      <w:pPr>
        <w:bidi/>
        <w:spacing w:after="20"/>
        <w:jc w:val="right"/>
      </w:pPr>
      <w:r>
        <w:rPr>
          <w:rFonts w:ascii="Arial" w:hAnsi="Arial" w:cs="Arial" w:eastAsia="Arial"/>
          <w:lang w:val="he-IL" w:bidi="he-IL"/>
          <w:sz w:val="24"/>
          <w:rtl/>
          <w:szCs w:val="24"/>
        </w:rPr>
        <w:t xml:space="preserve">      ☐ א. שאלת מטרה</w:t>
      </w:r>
    </w:p>
    <w:p>
      <w:pPr>
        <w:bidi/>
        <w:spacing w:after="20"/>
        <w:jc w:val="right"/>
      </w:pPr>
      <w:r>
        <w:rPr>
          <w:rFonts w:ascii="Arial" w:hAnsi="Arial" w:cs="Arial" w:eastAsia="Arial"/>
          <w:lang w:val="he-IL" w:bidi="he-IL"/>
          <w:sz w:val="24"/>
          <w:rtl/>
          <w:szCs w:val="24"/>
        </w:rPr>
        <w:t xml:space="preserve">      ☐ ב. שאלת סיבה</w:t>
      </w:r>
    </w:p>
    <w:p>
      <w:pPr>
        <w:bidi/>
        <w:spacing w:after="20"/>
        <w:jc w:val="right"/>
      </w:pPr>
      <w:r>
        <w:rPr>
          <w:rFonts w:ascii="Arial" w:hAnsi="Arial" w:cs="Arial" w:eastAsia="Arial"/>
          <w:lang w:val="he-IL" w:bidi="he-IL"/>
          <w:sz w:val="24"/>
          <w:rtl/>
          <w:szCs w:val="24"/>
        </w:rPr>
        <w:t xml:space="preserve">      ☐ ג. שאלת זמן</w:t>
      </w:r>
    </w:p>
    <w:p>
      <w:pPr>
        <w:bidi/>
        <w:spacing w:after="20"/>
        <w:jc w:val="right"/>
      </w:pPr>
      <w:r>
        <w:rPr>
          <w:rFonts w:ascii="Arial" w:hAnsi="Arial" w:cs="Arial" w:eastAsia="Arial"/>
          <w:lang w:val="he-IL" w:bidi="he-IL"/>
          <w:sz w:val="24"/>
          <w:rtl/>
          <w:szCs w:val="24"/>
        </w:rPr>
        <w:t xml:space="preserve">      ☐ ד. שאלת מקום</w:t>
      </w:r>
    </w:p>
    <w:p>
      <w:pPr>
        <w:bidi/>
        <w:spacing w:after="20"/>
        <w:jc w:val="right"/>
      </w:pPr>
      <w:r>
        <w:rPr>
          <w:rFonts w:ascii="Arial" w:hAnsi="Arial" w:cs="Arial" w:eastAsia="Arial"/>
          <w:lang w:val="he-IL" w:bidi="he-IL"/>
          <w:b/>
          <w:sz w:val="24"/>
          <w:rtl/>
          <w:szCs w:val="24"/>
          <w:bCs/>
        </w:rPr>
        <w:t>4. מה ההבדל העיקרי בין שאלת סיבה לשאלת מטרה?</w:t>
      </w:r>
    </w:p>
    <w:p>
      <w:pPr>
        <w:bidi/>
        <w:spacing w:after="20"/>
        <w:jc w:val="right"/>
      </w:pPr>
      <w:r>
        <w:rPr>
          <w:rFonts w:ascii="Arial" w:hAnsi="Arial" w:cs="Arial" w:eastAsia="Arial"/>
          <w:lang w:val="he-IL" w:bidi="he-IL"/>
          <w:sz w:val="24"/>
          <w:rtl/>
          <w:szCs w:val="24"/>
        </w:rPr>
        <w:t xml:space="preserve">      ☐ א. אין הבדל ביניהן</w:t>
      </w:r>
    </w:p>
    <w:p>
      <w:pPr>
        <w:bidi/>
        <w:spacing w:after="20"/>
        <w:jc w:val="right"/>
      </w:pPr>
      <w:r>
        <w:rPr>
          <w:rFonts w:ascii="Arial" w:hAnsi="Arial" w:cs="Arial" w:eastAsia="Arial"/>
          <w:lang w:val="he-IL" w:bidi="he-IL"/>
          <w:sz w:val="24"/>
          <w:rtl/>
          <w:szCs w:val="24"/>
        </w:rPr>
        <w:t xml:space="preserve">      ☐ ב. שאלת סיבה מבררת גורם, שאלת מטרה מבררת תכלית</w:t>
      </w:r>
    </w:p>
    <w:p>
      <w:pPr>
        <w:bidi/>
        <w:spacing w:after="20"/>
        <w:jc w:val="right"/>
      </w:pPr>
      <w:r>
        <w:rPr>
          <w:rFonts w:ascii="Arial" w:hAnsi="Arial" w:cs="Arial" w:eastAsia="Arial"/>
          <w:lang w:val="he-IL" w:bidi="he-IL"/>
          <w:sz w:val="24"/>
          <w:rtl/>
          <w:szCs w:val="24"/>
        </w:rPr>
        <w:t xml:space="preserve">      ☐ ג. שאלת מטרה מבררת גורם, שאלת סיבה מבררת תכלית</w:t>
      </w:r>
    </w:p>
    <w:p>
      <w:pPr>
        <w:bidi/>
        <w:spacing w:after="20"/>
        <w:jc w:val="right"/>
      </w:pPr>
      <w:r>
        <w:rPr>
          <w:rFonts w:ascii="Arial" w:hAnsi="Arial" w:cs="Arial" w:eastAsia="Arial"/>
          <w:lang w:val="he-IL" w:bidi="he-IL"/>
          <w:sz w:val="24"/>
          <w:rtl/>
          <w:szCs w:val="24"/>
        </w:rPr>
        <w:t xml:space="preserve">      ☐ ד. שתיהן מבררות זמן</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שאלות סיבה ושאלות מטרה – דוגמאות מהסיפור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מדוע אומרים את זה כך?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שאלת מטרה</w:t>
            </w:r>
          </w:p>
        </w:tc>
      </w:tr>
      <w:tr>
        <w:tc>
          <w:tcPr>
            <w:tcW w:type="dxa" w:w="3969"/>
          </w:tcPr>
          <w:p>
            <w:pPr>
              <w:bidi/>
              <w:jc w:val="right"/>
            </w:pPr>
            <w:r>
              <w:rPr>
                <w:rFonts w:ascii="Arial" w:hAnsi="Arial" w:cs="Arial" w:eastAsia="Arial"/>
                <w:lang w:val="he-IL" w:bidi="he-IL"/>
                <w:sz w:val="24"/>
                <w:rtl/>
                <w:szCs w:val="24"/>
              </w:rPr>
              <w:t>2. לשם מה לשאול, אם אפשר לחפש לבד?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שאלת זמן</w:t>
            </w:r>
          </w:p>
        </w:tc>
      </w:tr>
      <w:tr>
        <w:tc>
          <w:tcPr>
            <w:tcW w:type="dxa" w:w="3969"/>
          </w:tcPr>
          <w:p>
            <w:pPr>
              <w:bidi/>
              <w:jc w:val="right"/>
            </w:pPr>
            <w:r>
              <w:rPr>
                <w:rFonts w:ascii="Arial" w:hAnsi="Arial" w:cs="Arial" w:eastAsia="Arial"/>
                <w:lang w:val="he-IL" w:bidi="he-IL"/>
                <w:sz w:val="24"/>
                <w:rtl/>
                <w:szCs w:val="24"/>
              </w:rPr>
              <w:t>3. באיזה אופן אפשר להתנדב בעיר?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שאלת סיבה</w:t>
            </w:r>
          </w:p>
        </w:tc>
      </w:tr>
      <w:tr>
        <w:tc>
          <w:tcPr>
            <w:tcW w:type="dxa" w:w="3969"/>
          </w:tcPr>
          <w:p>
            <w:pPr>
              <w:bidi/>
              <w:jc w:val="right"/>
            </w:pPr>
            <w:r>
              <w:rPr>
                <w:rFonts w:ascii="Arial" w:hAnsi="Arial" w:cs="Arial" w:eastAsia="Arial"/>
                <w:lang w:val="he-IL" w:bidi="he-IL"/>
                <w:sz w:val="24"/>
                <w:rtl/>
                <w:szCs w:val="24"/>
              </w:rPr>
              <w:t>4. ממתי את רוצה להיות מורה?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שאלת דרך</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שאלות סיבה ושאלות מטרה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תמר ענתה לחברה שכשהיא שואלת אדם, היא מקבלת לא רק תשובה אלא גם 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שאלות סיבה ושאלות מטרה – כתיבה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נסחו שאלת סיבה (עם "מדוע" או "מאיזו סיבה") על ההחלטה של תמר לשאול שאלה בכל יום.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נסחו שאלת מטרה (עם "לשם מה" או "בשביל מה") על ההתנדבות של תמר במרכז הקהילתי.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מדוע חשוב להבדיל בין שאלת סיבה לשאלת מטרה כשרוצים להבין טקסט לעומק.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שני משפטים בהשראת סיפור תמר: אחד עם מילת שאלת סיבה ואחד עם מילת שאלת מטרה.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קריאה מעמיקה: "שאלה טובה פותחת דלת" – הבנת הנקרא</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מאיזו מדינה עלתה תמר לישראל?</w:t>
      </w:r>
    </w:p>
    <w:p>
      <w:pPr>
        <w:bidi/>
        <w:spacing w:after="20"/>
        <w:jc w:val="right"/>
      </w:pPr>
      <w:r>
        <w:rPr>
          <w:rFonts w:ascii="Arial" w:hAnsi="Arial" w:cs="Arial" w:eastAsia="Arial"/>
          <w:lang w:val="he-IL" w:bidi="he-IL"/>
          <w:sz w:val="24"/>
          <w:rtl/>
          <w:szCs w:val="24"/>
        </w:rPr>
        <w:t xml:space="preserve">      ☐ א. ברזיל</w:t>
      </w:r>
    </w:p>
    <w:p>
      <w:pPr>
        <w:bidi/>
        <w:spacing w:after="20"/>
        <w:jc w:val="right"/>
      </w:pPr>
      <w:r>
        <w:rPr>
          <w:rFonts w:ascii="Arial" w:hAnsi="Arial" w:cs="Arial" w:eastAsia="Arial"/>
          <w:lang w:val="he-IL" w:bidi="he-IL"/>
          <w:sz w:val="24"/>
          <w:rtl/>
          <w:szCs w:val="24"/>
        </w:rPr>
        <w:t xml:space="preserve">      ☐ ב. ארגנטינה</w:t>
      </w:r>
    </w:p>
    <w:p>
      <w:pPr>
        <w:bidi/>
        <w:spacing w:after="20"/>
        <w:jc w:val="right"/>
      </w:pPr>
      <w:r>
        <w:rPr>
          <w:rFonts w:ascii="Arial" w:hAnsi="Arial" w:cs="Arial" w:eastAsia="Arial"/>
          <w:lang w:val="he-IL" w:bidi="he-IL"/>
          <w:sz w:val="24"/>
          <w:rtl/>
          <w:szCs w:val="24"/>
        </w:rPr>
        <w:t xml:space="preserve">      ☐ ג. צרפת</w:t>
      </w:r>
    </w:p>
    <w:p>
      <w:pPr>
        <w:bidi/>
        <w:spacing w:after="20"/>
        <w:jc w:val="right"/>
      </w:pPr>
      <w:r>
        <w:rPr>
          <w:rFonts w:ascii="Arial" w:hAnsi="Arial" w:cs="Arial" w:eastAsia="Arial"/>
          <w:lang w:val="he-IL" w:bidi="he-IL"/>
          <w:sz w:val="24"/>
          <w:rtl/>
          <w:szCs w:val="24"/>
        </w:rPr>
        <w:t xml:space="preserve">      ☐ ד. רוסיה</w:t>
      </w:r>
    </w:p>
    <w:p>
      <w:pPr>
        <w:bidi/>
        <w:spacing w:after="20"/>
        <w:jc w:val="right"/>
      </w:pPr>
      <w:r>
        <w:rPr>
          <w:rFonts w:ascii="Arial" w:hAnsi="Arial" w:cs="Arial" w:eastAsia="Arial"/>
          <w:lang w:val="he-IL" w:bidi="he-IL"/>
          <w:b/>
          <w:sz w:val="24"/>
          <w:rtl/>
          <w:szCs w:val="24"/>
          <w:bCs/>
        </w:rPr>
        <w:t>2. באיזה גיל עלתה תמר לישראל?</w:t>
      </w:r>
    </w:p>
    <w:p>
      <w:pPr>
        <w:bidi/>
        <w:spacing w:after="20"/>
        <w:jc w:val="right"/>
      </w:pPr>
      <w:r>
        <w:rPr>
          <w:rFonts w:ascii="Arial" w:hAnsi="Arial" w:cs="Arial" w:eastAsia="Arial"/>
          <w:lang w:val="he-IL" w:bidi="he-IL"/>
          <w:sz w:val="24"/>
          <w:rtl/>
          <w:szCs w:val="24"/>
        </w:rPr>
        <w:t xml:space="preserve">      ☐ א. 14</w:t>
      </w:r>
    </w:p>
    <w:p>
      <w:pPr>
        <w:bidi/>
        <w:spacing w:after="20"/>
        <w:jc w:val="right"/>
      </w:pPr>
      <w:r>
        <w:rPr>
          <w:rFonts w:ascii="Arial" w:hAnsi="Arial" w:cs="Arial" w:eastAsia="Arial"/>
          <w:lang w:val="he-IL" w:bidi="he-IL"/>
          <w:sz w:val="24"/>
          <w:rtl/>
          <w:szCs w:val="24"/>
        </w:rPr>
        <w:t xml:space="preserve">      ☐ ב. 16</w:t>
      </w:r>
    </w:p>
    <w:p>
      <w:pPr>
        <w:bidi/>
        <w:spacing w:after="20"/>
        <w:jc w:val="right"/>
      </w:pPr>
      <w:r>
        <w:rPr>
          <w:rFonts w:ascii="Arial" w:hAnsi="Arial" w:cs="Arial" w:eastAsia="Arial"/>
          <w:lang w:val="he-IL" w:bidi="he-IL"/>
          <w:sz w:val="24"/>
          <w:rtl/>
          <w:szCs w:val="24"/>
        </w:rPr>
        <w:t xml:space="preserve">      ☐ ג. 18</w:t>
      </w:r>
    </w:p>
    <w:p>
      <w:pPr>
        <w:bidi/>
        <w:spacing w:after="20"/>
        <w:jc w:val="right"/>
      </w:pPr>
      <w:r>
        <w:rPr>
          <w:rFonts w:ascii="Arial" w:hAnsi="Arial" w:cs="Arial" w:eastAsia="Arial"/>
          <w:lang w:val="he-IL" w:bidi="he-IL"/>
          <w:sz w:val="24"/>
          <w:rtl/>
          <w:szCs w:val="24"/>
        </w:rPr>
        <w:t xml:space="preserve">      ☐ ד. 20</w:t>
      </w:r>
    </w:p>
    <w:p>
      <w:pPr>
        <w:bidi/>
        <w:spacing w:after="20"/>
        <w:jc w:val="right"/>
      </w:pPr>
      <w:r>
        <w:rPr>
          <w:rFonts w:ascii="Arial" w:hAnsi="Arial" w:cs="Arial" w:eastAsia="Arial"/>
          <w:lang w:val="he-IL" w:bidi="he-IL"/>
          <w:b/>
          <w:sz w:val="24"/>
          <w:rtl/>
          <w:szCs w:val="24"/>
          <w:bCs/>
        </w:rPr>
        <w:t>3. באיזה יום בשבוע תמר מתנדבת במרכז הקהילתי?</w:t>
      </w:r>
    </w:p>
    <w:p>
      <w:pPr>
        <w:bidi/>
        <w:spacing w:after="20"/>
        <w:jc w:val="right"/>
      </w:pPr>
      <w:r>
        <w:rPr>
          <w:rFonts w:ascii="Arial" w:hAnsi="Arial" w:cs="Arial" w:eastAsia="Arial"/>
          <w:lang w:val="he-IL" w:bidi="he-IL"/>
          <w:sz w:val="24"/>
          <w:rtl/>
          <w:szCs w:val="24"/>
        </w:rPr>
        <w:t xml:space="preserve">      ☐ א. ראשון</w:t>
      </w:r>
    </w:p>
    <w:p>
      <w:pPr>
        <w:bidi/>
        <w:spacing w:after="20"/>
        <w:jc w:val="right"/>
      </w:pPr>
      <w:r>
        <w:rPr>
          <w:rFonts w:ascii="Arial" w:hAnsi="Arial" w:cs="Arial" w:eastAsia="Arial"/>
          <w:lang w:val="he-IL" w:bidi="he-IL"/>
          <w:sz w:val="24"/>
          <w:rtl/>
          <w:szCs w:val="24"/>
        </w:rPr>
        <w:t xml:space="preserve">      ☐ ב. שלישי</w:t>
      </w:r>
    </w:p>
    <w:p>
      <w:pPr>
        <w:bidi/>
        <w:spacing w:after="20"/>
        <w:jc w:val="right"/>
      </w:pPr>
      <w:r>
        <w:rPr>
          <w:rFonts w:ascii="Arial" w:hAnsi="Arial" w:cs="Arial" w:eastAsia="Arial"/>
          <w:lang w:val="he-IL" w:bidi="he-IL"/>
          <w:sz w:val="24"/>
          <w:rtl/>
          <w:szCs w:val="24"/>
        </w:rPr>
        <w:t xml:space="preserve">      ☐ ג. חמישי</w:t>
      </w:r>
    </w:p>
    <w:p>
      <w:pPr>
        <w:bidi/>
        <w:spacing w:after="20"/>
        <w:jc w:val="right"/>
      </w:pPr>
      <w:r>
        <w:rPr>
          <w:rFonts w:ascii="Arial" w:hAnsi="Arial" w:cs="Arial" w:eastAsia="Arial"/>
          <w:lang w:val="he-IL" w:bidi="he-IL"/>
          <w:sz w:val="24"/>
          <w:rtl/>
          <w:szCs w:val="24"/>
        </w:rPr>
        <w:t xml:space="preserve">      ☐ ד. שבת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קריאה מעמיקה: "שאלה טובה פותחת דלת" – מילות שאלה מתוך הקטע</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תמר החליטה לשאול לפחות שאלה אחת בעברית בכל יום, גם אם תתבייש.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תמר מתנדבת בבית ספר ומלמדת שם ילדים קטנים.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קריאה מעמיקה: "שאלה טובה פותחת דלת" – השלמות מהקטע</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"__________ זה עולה?" הייתה אחת השאלות הפשוטות של תמר בתחילת דרכה</w:t>
      </w:r>
    </w:p>
    <w:p>
      <w:pPr>
        <w:bidi/>
        <w:spacing w:after="80"/>
        <w:jc w:val="right"/>
      </w:pPr>
      <w:r>
        <w:rPr>
          <w:rFonts w:ascii="Arial" w:hAnsi="Arial" w:cs="Arial" w:eastAsia="Arial"/>
          <w:lang w:val="he-IL" w:bidi="he-IL"/>
          <w:sz w:val="24"/>
          <w:rtl/>
          <w:szCs w:val="24"/>
        </w:rPr>
        <w:t>2. תמר שאלה "__________ אומרים את זה כך?" כשרצתה להבין כלל בעברית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קריאה מעמיקה: "שאלה טובה פותחת דלת" – התאמת מילות שאלה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איפה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מדוע אומרים את זה כך?</w:t>
            </w:r>
          </w:p>
        </w:tc>
      </w:tr>
      <w:tr>
        <w:tc>
          <w:tcPr>
            <w:tcW w:type="dxa" w:w="3969"/>
          </w:tcPr>
          <w:p>
            <w:pPr>
              <w:bidi/>
              <w:jc w:val="right"/>
            </w:pPr>
            <w:r>
              <w:rPr>
                <w:rFonts w:ascii="Arial" w:hAnsi="Arial" w:cs="Arial" w:eastAsia="Arial"/>
                <w:lang w:val="he-IL" w:bidi="he-IL"/>
                <w:sz w:val="24"/>
                <w:rtl/>
                <w:szCs w:val="24"/>
              </w:rPr>
              <w:t>2. כמה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באיזה אופן אפשר להתנדב בעיר?</w:t>
            </w:r>
          </w:p>
        </w:tc>
      </w:tr>
      <w:tr>
        <w:tc>
          <w:tcPr>
            <w:tcW w:type="dxa" w:w="3969"/>
          </w:tcPr>
          <w:p>
            <w:pPr>
              <w:bidi/>
              <w:jc w:val="right"/>
            </w:pPr>
            <w:r>
              <w:rPr>
                <w:rFonts w:ascii="Arial" w:hAnsi="Arial" w:cs="Arial" w:eastAsia="Arial"/>
                <w:lang w:val="he-IL" w:bidi="he-IL"/>
                <w:sz w:val="24"/>
                <w:rtl/>
                <w:szCs w:val="24"/>
              </w:rPr>
              <w:t>3. מדוע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ממתי את רוצה להיות מורה?</w:t>
            </w:r>
          </w:p>
        </w:tc>
      </w:tr>
      <w:tr>
        <w:tc>
          <w:tcPr>
            <w:tcW w:type="dxa" w:w="3969"/>
          </w:tcPr>
          <w:p>
            <w:pPr>
              <w:bidi/>
              <w:jc w:val="right"/>
            </w:pPr>
            <w:r>
              <w:rPr>
                <w:rFonts w:ascii="Arial" w:hAnsi="Arial" w:cs="Arial" w:eastAsia="Arial"/>
                <w:lang w:val="he-IL" w:bidi="he-IL"/>
                <w:sz w:val="24"/>
                <w:rtl/>
                <w:szCs w:val="24"/>
              </w:rPr>
              <w:t>4. באיזה אופן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כמה זה עולה?</w:t>
            </w:r>
          </w:p>
        </w:tc>
      </w:tr>
      <w:tr>
        <w:tc>
          <w:tcPr>
            <w:tcW w:type="dxa" w:w="3969"/>
          </w:tcPr>
          <w:p>
            <w:pPr>
              <w:bidi/>
              <w:jc w:val="right"/>
            </w:pPr>
            <w:r>
              <w:rPr>
                <w:rFonts w:ascii="Arial" w:hAnsi="Arial" w:cs="Arial" w:eastAsia="Arial"/>
                <w:lang w:val="he-IL" w:bidi="he-IL"/>
                <w:sz w:val="24"/>
                <w:rtl/>
                <w:szCs w:val="24"/>
              </w:rPr>
              <w:t>5. ממתי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איפה התחנה?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ניואנסים בין מילות שאלה דומות – זיהוי ההבדלים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ההבדל בין "איך?" לבין "באיזה אופן?"</w:t>
      </w:r>
    </w:p>
    <w:p>
      <w:pPr>
        <w:bidi/>
        <w:spacing w:after="20"/>
        <w:jc w:val="right"/>
      </w:pPr>
      <w:r>
        <w:rPr>
          <w:rFonts w:ascii="Arial" w:hAnsi="Arial" w:cs="Arial" w:eastAsia="Arial"/>
          <w:lang w:val="he-IL" w:bidi="he-IL"/>
          <w:sz w:val="24"/>
          <w:rtl/>
          <w:szCs w:val="24"/>
        </w:rPr>
        <w:t xml:space="preserve">      ☐ א. אין הבדל כלל</w:t>
      </w:r>
    </w:p>
    <w:p>
      <w:pPr>
        <w:bidi/>
        <w:spacing w:after="20"/>
        <w:jc w:val="right"/>
      </w:pPr>
      <w:r>
        <w:rPr>
          <w:rFonts w:ascii="Arial" w:hAnsi="Arial" w:cs="Arial" w:eastAsia="Arial"/>
          <w:lang w:val="he-IL" w:bidi="he-IL"/>
          <w:sz w:val="24"/>
          <w:rtl/>
          <w:szCs w:val="24"/>
        </w:rPr>
        <w:t xml:space="preserve">      ☐ ב. באיזה אופן היא ניסוח גבוה ורשמי יותר לאותה שאלה</w:t>
      </w:r>
    </w:p>
    <w:p>
      <w:pPr>
        <w:bidi/>
        <w:spacing w:after="20"/>
        <w:jc w:val="right"/>
      </w:pPr>
      <w:r>
        <w:rPr>
          <w:rFonts w:ascii="Arial" w:hAnsi="Arial" w:cs="Arial" w:eastAsia="Arial"/>
          <w:lang w:val="he-IL" w:bidi="he-IL"/>
          <w:sz w:val="24"/>
          <w:rtl/>
          <w:szCs w:val="24"/>
        </w:rPr>
        <w:t xml:space="preserve">      ☐ ג. איך שואלת על מקום ובאיזה אופן שואלת על זמן</w:t>
      </w:r>
    </w:p>
    <w:p>
      <w:pPr>
        <w:bidi/>
        <w:spacing w:after="20"/>
        <w:jc w:val="right"/>
      </w:pPr>
      <w:r>
        <w:rPr>
          <w:rFonts w:ascii="Arial" w:hAnsi="Arial" w:cs="Arial" w:eastAsia="Arial"/>
          <w:lang w:val="he-IL" w:bidi="he-IL"/>
          <w:sz w:val="24"/>
          <w:rtl/>
          <w:szCs w:val="24"/>
        </w:rPr>
        <w:t xml:space="preserve">      ☐ ד. באיזה אופן מתאימה רק לשאלות כן/לא</w:t>
      </w:r>
    </w:p>
    <w:p>
      <w:pPr>
        <w:bidi/>
        <w:spacing w:after="20"/>
        <w:jc w:val="right"/>
      </w:pPr>
      <w:r>
        <w:rPr>
          <w:rFonts w:ascii="Arial" w:hAnsi="Arial" w:cs="Arial" w:eastAsia="Arial"/>
          <w:lang w:val="he-IL" w:bidi="he-IL"/>
          <w:b/>
          <w:sz w:val="24"/>
          <w:rtl/>
          <w:szCs w:val="24"/>
          <w:bCs/>
        </w:rPr>
        <w:t>2. איזו מילת שאלה בקטע שואלת על נקודת התחלה בתהליך?</w:t>
      </w:r>
    </w:p>
    <w:p>
      <w:pPr>
        <w:bidi/>
        <w:spacing w:after="20"/>
        <w:jc w:val="right"/>
      </w:pPr>
      <w:r>
        <w:rPr>
          <w:rFonts w:ascii="Arial" w:hAnsi="Arial" w:cs="Arial" w:eastAsia="Arial"/>
          <w:lang w:val="he-IL" w:bidi="he-IL"/>
          <w:sz w:val="24"/>
          <w:rtl/>
          <w:szCs w:val="24"/>
        </w:rPr>
        <w:t xml:space="preserve">      ☐ א. מתי</w:t>
      </w:r>
    </w:p>
    <w:p>
      <w:pPr>
        <w:bidi/>
        <w:spacing w:after="20"/>
        <w:jc w:val="right"/>
      </w:pPr>
      <w:r>
        <w:rPr>
          <w:rFonts w:ascii="Arial" w:hAnsi="Arial" w:cs="Arial" w:eastAsia="Arial"/>
          <w:lang w:val="he-IL" w:bidi="he-IL"/>
          <w:sz w:val="24"/>
          <w:rtl/>
          <w:szCs w:val="24"/>
        </w:rPr>
        <w:t xml:space="preserve">      ☐ ב. עד מתי</w:t>
      </w:r>
    </w:p>
    <w:p>
      <w:pPr>
        <w:bidi/>
        <w:spacing w:after="20"/>
        <w:jc w:val="right"/>
      </w:pPr>
      <w:r>
        <w:rPr>
          <w:rFonts w:ascii="Arial" w:hAnsi="Arial" w:cs="Arial" w:eastAsia="Arial"/>
          <w:lang w:val="he-IL" w:bidi="he-IL"/>
          <w:sz w:val="24"/>
          <w:rtl/>
          <w:szCs w:val="24"/>
        </w:rPr>
        <w:t xml:space="preserve">      ☐ ג. ממתי</w:t>
      </w:r>
    </w:p>
    <w:p>
      <w:pPr>
        <w:bidi/>
        <w:spacing w:after="20"/>
        <w:jc w:val="right"/>
      </w:pPr>
      <w:r>
        <w:rPr>
          <w:rFonts w:ascii="Arial" w:hAnsi="Arial" w:cs="Arial" w:eastAsia="Arial"/>
          <w:lang w:val="he-IL" w:bidi="he-IL"/>
          <w:sz w:val="24"/>
          <w:rtl/>
          <w:szCs w:val="24"/>
        </w:rPr>
        <w:t xml:space="preserve">      ☐ ד. כמה זמן</w:t>
      </w:r>
    </w:p>
    <w:p>
      <w:pPr>
        <w:bidi/>
        <w:spacing w:after="20"/>
        <w:jc w:val="right"/>
      </w:pPr>
      <w:r>
        <w:rPr>
          <w:rFonts w:ascii="Arial" w:hAnsi="Arial" w:cs="Arial" w:eastAsia="Arial"/>
          <w:lang w:val="he-IL" w:bidi="he-IL"/>
          <w:b/>
          <w:sz w:val="24"/>
          <w:rtl/>
          <w:szCs w:val="24"/>
          <w:bCs/>
        </w:rPr>
        <w:t>3. מה ההבדל העיקרי בין "למה?" לבין "לשם מה?"</w:t>
      </w:r>
    </w:p>
    <w:p>
      <w:pPr>
        <w:bidi/>
        <w:spacing w:after="20"/>
        <w:jc w:val="right"/>
      </w:pPr>
      <w:r>
        <w:rPr>
          <w:rFonts w:ascii="Arial" w:hAnsi="Arial" w:cs="Arial" w:eastAsia="Arial"/>
          <w:lang w:val="he-IL" w:bidi="he-IL"/>
          <w:sz w:val="24"/>
          <w:rtl/>
          <w:szCs w:val="24"/>
        </w:rPr>
        <w:t xml:space="preserve">      ☐ א. אין הבדל, שתיהן שואלות רק על סיבה</w:t>
      </w:r>
    </w:p>
    <w:p>
      <w:pPr>
        <w:bidi/>
        <w:spacing w:after="20"/>
        <w:jc w:val="right"/>
      </w:pPr>
      <w:r>
        <w:rPr>
          <w:rFonts w:ascii="Arial" w:hAnsi="Arial" w:cs="Arial" w:eastAsia="Arial"/>
          <w:lang w:val="he-IL" w:bidi="he-IL"/>
          <w:sz w:val="24"/>
          <w:rtl/>
          <w:szCs w:val="24"/>
        </w:rPr>
        <w:t xml:space="preserve">      ☐ ב. למה שואלת על סיבה, לשם מה שואלת על מטרה או תכלית</w:t>
      </w:r>
    </w:p>
    <w:p>
      <w:pPr>
        <w:bidi/>
        <w:spacing w:after="20"/>
        <w:jc w:val="right"/>
      </w:pPr>
      <w:r>
        <w:rPr>
          <w:rFonts w:ascii="Arial" w:hAnsi="Arial" w:cs="Arial" w:eastAsia="Arial"/>
          <w:lang w:val="he-IL" w:bidi="he-IL"/>
          <w:sz w:val="24"/>
          <w:rtl/>
          <w:szCs w:val="24"/>
        </w:rPr>
        <w:t xml:space="preserve">      ☐ ג. לשם מה שואלת רק על זמן</w:t>
      </w:r>
    </w:p>
    <w:p>
      <w:pPr>
        <w:bidi/>
        <w:spacing w:after="20"/>
        <w:jc w:val="right"/>
      </w:pPr>
      <w:r>
        <w:rPr>
          <w:rFonts w:ascii="Arial" w:hAnsi="Arial" w:cs="Arial" w:eastAsia="Arial"/>
          <w:lang w:val="he-IL" w:bidi="he-IL"/>
          <w:sz w:val="24"/>
          <w:rtl/>
          <w:szCs w:val="24"/>
        </w:rPr>
        <w:t xml:space="preserve">      ☐ ד. למה מתאימה רק לילדים קטנים</w:t>
      </w:r>
    </w:p>
    <w:p>
      <w:pPr>
        <w:bidi/>
        <w:spacing w:after="20"/>
        <w:jc w:val="right"/>
      </w:pPr>
      <w:r>
        <w:rPr>
          <w:rFonts w:ascii="Arial" w:hAnsi="Arial" w:cs="Arial" w:eastAsia="Arial"/>
          <w:lang w:val="he-IL" w:bidi="he-IL"/>
          <w:b/>
          <w:sz w:val="24"/>
          <w:rtl/>
          <w:szCs w:val="24"/>
          <w:bCs/>
        </w:rPr>
        <w:t>4. במשפט "מתי השתנו השאלות של תמר?" – על מה שואלת המילה "מתי"?</w:t>
      </w:r>
    </w:p>
    <w:p>
      <w:pPr>
        <w:bidi/>
        <w:spacing w:after="20"/>
        <w:jc w:val="right"/>
      </w:pPr>
      <w:r>
        <w:rPr>
          <w:rFonts w:ascii="Arial" w:hAnsi="Arial" w:cs="Arial" w:eastAsia="Arial"/>
          <w:lang w:val="he-IL" w:bidi="he-IL"/>
          <w:sz w:val="24"/>
          <w:rtl/>
          <w:szCs w:val="24"/>
        </w:rPr>
        <w:t xml:space="preserve">      ☐ א. על מקום</w:t>
      </w:r>
    </w:p>
    <w:p>
      <w:pPr>
        <w:bidi/>
        <w:spacing w:after="20"/>
        <w:jc w:val="right"/>
      </w:pPr>
      <w:r>
        <w:rPr>
          <w:rFonts w:ascii="Arial" w:hAnsi="Arial" w:cs="Arial" w:eastAsia="Arial"/>
          <w:lang w:val="he-IL" w:bidi="he-IL"/>
          <w:sz w:val="24"/>
          <w:rtl/>
          <w:szCs w:val="24"/>
        </w:rPr>
        <w:t xml:space="preserve">      ☐ ב. על נקודת זמן כללית</w:t>
      </w:r>
    </w:p>
    <w:p>
      <w:pPr>
        <w:bidi/>
        <w:spacing w:after="20"/>
        <w:jc w:val="right"/>
      </w:pPr>
      <w:r>
        <w:rPr>
          <w:rFonts w:ascii="Arial" w:hAnsi="Arial" w:cs="Arial" w:eastAsia="Arial"/>
          <w:lang w:val="he-IL" w:bidi="he-IL"/>
          <w:sz w:val="24"/>
          <w:rtl/>
          <w:szCs w:val="24"/>
        </w:rPr>
        <w:t xml:space="preserve">      ☐ ג. על סיבה</w:t>
      </w:r>
    </w:p>
    <w:p>
      <w:pPr>
        <w:bidi/>
        <w:spacing w:after="20"/>
        <w:jc w:val="right"/>
      </w:pPr>
      <w:r>
        <w:rPr>
          <w:rFonts w:ascii="Arial" w:hAnsi="Arial" w:cs="Arial" w:eastAsia="Arial"/>
          <w:lang w:val="he-IL" w:bidi="he-IL"/>
          <w:sz w:val="24"/>
          <w:rtl/>
          <w:szCs w:val="24"/>
        </w:rPr>
        <w:t xml:space="preserve">      ☐ ד. על אופן</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ניואנסים בין מילות שאלה דומות – התאמה לפי שימוש</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איך / כיצד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שאלה על הרגע שבו תהליך מסתיים</w:t>
            </w:r>
          </w:p>
        </w:tc>
      </w:tr>
      <w:tr>
        <w:tc>
          <w:tcPr>
            <w:tcW w:type="dxa" w:w="3969"/>
          </w:tcPr>
          <w:p>
            <w:pPr>
              <w:bidi/>
              <w:jc w:val="right"/>
            </w:pPr>
            <w:r>
              <w:rPr>
                <w:rFonts w:ascii="Arial" w:hAnsi="Arial" w:cs="Arial" w:eastAsia="Arial"/>
                <w:lang w:val="he-IL" w:bidi="he-IL"/>
                <w:sz w:val="24"/>
                <w:rtl/>
                <w:szCs w:val="24"/>
              </w:rPr>
              <w:t>2. באיזה אופן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שאלה על הרגע שבו תהליך התחיל</w:t>
            </w:r>
          </w:p>
        </w:tc>
      </w:tr>
      <w:tr>
        <w:tc>
          <w:tcPr>
            <w:tcW w:type="dxa" w:w="3969"/>
          </w:tcPr>
          <w:p>
            <w:pPr>
              <w:bidi/>
              <w:jc w:val="right"/>
            </w:pPr>
            <w:r>
              <w:rPr>
                <w:rFonts w:ascii="Arial" w:hAnsi="Arial" w:cs="Arial" w:eastAsia="Arial"/>
                <w:lang w:val="he-IL" w:bidi="he-IL"/>
                <w:sz w:val="24"/>
                <w:rtl/>
                <w:szCs w:val="24"/>
              </w:rPr>
              <w:t>3. מתי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ניסוח גבוה ורשמי יותר לשאלה על דרך הפעולה</w:t>
            </w:r>
          </w:p>
        </w:tc>
      </w:tr>
      <w:tr>
        <w:tc>
          <w:tcPr>
            <w:tcW w:type="dxa" w:w="3969"/>
          </w:tcPr>
          <w:p>
            <w:pPr>
              <w:bidi/>
              <w:jc w:val="right"/>
            </w:pPr>
            <w:r>
              <w:rPr>
                <w:rFonts w:ascii="Arial" w:hAnsi="Arial" w:cs="Arial" w:eastAsia="Arial"/>
                <w:lang w:val="he-IL" w:bidi="he-IL"/>
                <w:sz w:val="24"/>
                <w:rtl/>
                <w:szCs w:val="24"/>
              </w:rPr>
              <w:t>4. ממתי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שאלה כללית על הדרך שבה נעשה משהו</w:t>
            </w:r>
          </w:p>
        </w:tc>
      </w:tr>
      <w:tr>
        <w:tc>
          <w:tcPr>
            <w:tcW w:type="dxa" w:w="3969"/>
          </w:tcPr>
          <w:p>
            <w:pPr>
              <w:bidi/>
              <w:jc w:val="right"/>
            </w:pPr>
            <w:r>
              <w:rPr>
                <w:rFonts w:ascii="Arial" w:hAnsi="Arial" w:cs="Arial" w:eastAsia="Arial"/>
                <w:lang w:val="he-IL" w:bidi="he-IL"/>
                <w:sz w:val="24"/>
                <w:rtl/>
                <w:szCs w:val="24"/>
              </w:rPr>
              <w:t>5. עד מתי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שאלה כללית על זמן</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ניואנסים בין מילות שאלה דומות – כתיבה והבחנה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מצאו בקטע משפט עם "מדוע" ונסחו אותו מחדש עם "מאיזו סיבה". האם יש הבדל במשמעות?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משלכם שבו מתאים להשתמש ב"לשם מה" ולא ב"למה", והסבירו מדוע.</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את ההבדל בין "מתי" ל"עד מתי" והדגימו ממשפט מהקטע או משפט דומה שהמצאתם.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בחרו שתי מילות שאלה דומות מהפרק והסבירו מתי כדאי להשתמש בכל אחת מהן בכתיבה רשמית.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כתיבת שאלות: ראיון וחקירה – היכרות עם הקטע ומילות השאלה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תמר עלתה לישראל מארגנטינה בגיל שש עשרה.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בתחילת דרכה בעברית שאלה תמר שאלות כמו "מדוע אומרים את זה כך?".</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מילת השאלה "מאיזו סיבה" משמשת לברר את הגורם למשהו.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תמר מתנדבת במרכז הקהילתי בכל יום שני.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כתיבת שאלות: ראיון וחקירה – התאמת מילת שאלה לתפקידה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מאיזו סיבה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מבררת נקודת סיום בזמן</w:t>
            </w:r>
          </w:p>
        </w:tc>
      </w:tr>
      <w:tr>
        <w:tc>
          <w:tcPr>
            <w:tcW w:type="dxa" w:w="3969"/>
          </w:tcPr>
          <w:p>
            <w:pPr>
              <w:bidi/>
              <w:jc w:val="right"/>
            </w:pPr>
            <w:r>
              <w:rPr>
                <w:rFonts w:ascii="Arial" w:hAnsi="Arial" w:cs="Arial" w:eastAsia="Arial"/>
                <w:lang w:val="he-IL" w:bidi="he-IL"/>
                <w:sz w:val="24"/>
                <w:rtl/>
                <w:szCs w:val="24"/>
              </w:rPr>
              <w:t>2. באיזה אופן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מבררת נקודת התחלה בזמן</w:t>
            </w:r>
          </w:p>
        </w:tc>
      </w:tr>
      <w:tr>
        <w:tc>
          <w:tcPr>
            <w:tcW w:type="dxa" w:w="3969"/>
          </w:tcPr>
          <w:p>
            <w:pPr>
              <w:bidi/>
              <w:jc w:val="right"/>
            </w:pPr>
            <w:r>
              <w:rPr>
                <w:rFonts w:ascii="Arial" w:hAnsi="Arial" w:cs="Arial" w:eastAsia="Arial"/>
                <w:lang w:val="he-IL" w:bidi="he-IL"/>
                <w:sz w:val="24"/>
                <w:rtl/>
                <w:szCs w:val="24"/>
              </w:rPr>
              <w:t>3. ממתי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מבררת סיבה או גורם למעשה</w:t>
            </w:r>
          </w:p>
        </w:tc>
      </w:tr>
      <w:tr>
        <w:tc>
          <w:tcPr>
            <w:tcW w:type="dxa" w:w="3969"/>
          </w:tcPr>
          <w:p>
            <w:pPr>
              <w:bidi/>
              <w:jc w:val="right"/>
            </w:pPr>
            <w:r>
              <w:rPr>
                <w:rFonts w:ascii="Arial" w:hAnsi="Arial" w:cs="Arial" w:eastAsia="Arial"/>
                <w:lang w:val="he-IL" w:bidi="he-IL"/>
                <w:sz w:val="24"/>
                <w:rtl/>
                <w:szCs w:val="24"/>
              </w:rPr>
              <w:t>4. עד מתי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מבררת מטרה או תכלית</w:t>
            </w:r>
          </w:p>
        </w:tc>
      </w:tr>
      <w:tr>
        <w:tc>
          <w:tcPr>
            <w:tcW w:type="dxa" w:w="3969"/>
          </w:tcPr>
          <w:p>
            <w:pPr>
              <w:bidi/>
              <w:jc w:val="right"/>
            </w:pPr>
            <w:r>
              <w:rPr>
                <w:rFonts w:ascii="Arial" w:hAnsi="Arial" w:cs="Arial" w:eastAsia="Arial"/>
                <w:lang w:val="he-IL" w:bidi="he-IL"/>
                <w:sz w:val="24"/>
                <w:rtl/>
                <w:szCs w:val="24"/>
              </w:rPr>
              <w:t>5. לשם 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מבררת דרך או צורת פעולה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כתיבת שאלות: ראיון וחקירה – כותבים שאלות לראיון</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שאלה אחת שמתחילה ב"מאיזו סיבה" לראיון עם אדם שעבר הגירה לארץ אחרת, בהשראת סיפורה של תמר.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שאלה אחת שמתחילה ב"באיזה אופן" לראיון עם מתנדב או מתנדבת בקהילה.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שאלה אחת שמתחילה ב"עד מתי" לראיון עם תמר על תוכניותיה ללימודים.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בחרו שתיים מהשאלות שכתבתם וכתבו להן תשובות קצרות, כאילו אתם תמר.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5. הסבירו מדוע ראיון טוב משלב גם שאלות פתוחות (כמו "מדוע") וגם שאלות סגורות (כן/לא). תנו דוגמה אחת מכל סוג, בהשראת הקטע.</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חזרה מסכמת – מילות שאלה מכל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מילת שאלה הכי מתאימה לבירור מקום?</w:t>
      </w:r>
    </w:p>
    <w:p>
      <w:pPr>
        <w:bidi/>
        <w:spacing w:after="20"/>
        <w:jc w:val="right"/>
      </w:pPr>
      <w:r>
        <w:rPr>
          <w:rFonts w:ascii="Arial" w:hAnsi="Arial" w:cs="Arial" w:eastAsia="Arial"/>
          <w:lang w:val="he-IL" w:bidi="he-IL"/>
          <w:sz w:val="24"/>
          <w:rtl/>
          <w:szCs w:val="24"/>
        </w:rPr>
        <w:t xml:space="preserve">      ☐ א. מי</w:t>
      </w:r>
    </w:p>
    <w:p>
      <w:pPr>
        <w:bidi/>
        <w:spacing w:after="20"/>
        <w:jc w:val="right"/>
      </w:pPr>
      <w:r>
        <w:rPr>
          <w:rFonts w:ascii="Arial" w:hAnsi="Arial" w:cs="Arial" w:eastAsia="Arial"/>
          <w:lang w:val="he-IL" w:bidi="he-IL"/>
          <w:sz w:val="24"/>
          <w:rtl/>
          <w:szCs w:val="24"/>
        </w:rPr>
        <w:t xml:space="preserve">      ☐ ב. איפה</w:t>
      </w:r>
    </w:p>
    <w:p>
      <w:pPr>
        <w:bidi/>
        <w:spacing w:after="20"/>
        <w:jc w:val="right"/>
      </w:pPr>
      <w:r>
        <w:rPr>
          <w:rFonts w:ascii="Arial" w:hAnsi="Arial" w:cs="Arial" w:eastAsia="Arial"/>
          <w:lang w:val="he-IL" w:bidi="he-IL"/>
          <w:sz w:val="24"/>
          <w:rtl/>
          <w:szCs w:val="24"/>
        </w:rPr>
        <w:t xml:space="preserve">      ☐ ג. כמה</w:t>
      </w:r>
    </w:p>
    <w:p>
      <w:pPr>
        <w:bidi/>
        <w:spacing w:after="20"/>
        <w:jc w:val="right"/>
      </w:pPr>
      <w:r>
        <w:rPr>
          <w:rFonts w:ascii="Arial" w:hAnsi="Arial" w:cs="Arial" w:eastAsia="Arial"/>
          <w:lang w:val="he-IL" w:bidi="he-IL"/>
          <w:sz w:val="24"/>
          <w:rtl/>
          <w:szCs w:val="24"/>
        </w:rPr>
        <w:t xml:space="preserve">      ☐ ד. למה</w:t>
      </w:r>
    </w:p>
    <w:p>
      <w:pPr>
        <w:bidi/>
        <w:spacing w:after="20"/>
        <w:jc w:val="right"/>
      </w:pPr>
      <w:r>
        <w:rPr>
          <w:rFonts w:ascii="Arial" w:hAnsi="Arial" w:cs="Arial" w:eastAsia="Arial"/>
          <w:lang w:val="he-IL" w:bidi="he-IL"/>
          <w:b/>
          <w:sz w:val="24"/>
          <w:rtl/>
          <w:szCs w:val="24"/>
          <w:bCs/>
        </w:rPr>
        <w:t>2. השלימו: "___ ספר קראת בחופש?" – איזו מילה מתאימה מבחינה דקדוקית?</w:t>
      </w:r>
    </w:p>
    <w:p>
      <w:pPr>
        <w:bidi/>
        <w:spacing w:after="20"/>
        <w:jc w:val="right"/>
      </w:pPr>
      <w:r>
        <w:rPr>
          <w:rFonts w:ascii="Arial" w:hAnsi="Arial" w:cs="Arial" w:eastAsia="Arial"/>
          <w:lang w:val="he-IL" w:bidi="he-IL"/>
          <w:sz w:val="24"/>
          <w:rtl/>
          <w:szCs w:val="24"/>
        </w:rPr>
        <w:t xml:space="preserve">      ☐ א. איזה</w:t>
      </w:r>
    </w:p>
    <w:p>
      <w:pPr>
        <w:bidi/>
        <w:spacing w:after="20"/>
        <w:jc w:val="right"/>
      </w:pPr>
      <w:r>
        <w:rPr>
          <w:rFonts w:ascii="Arial" w:hAnsi="Arial" w:cs="Arial" w:eastAsia="Arial"/>
          <w:lang w:val="he-IL" w:bidi="he-IL"/>
          <w:sz w:val="24"/>
          <w:rtl/>
          <w:szCs w:val="24"/>
        </w:rPr>
        <w:t xml:space="preserve">      ☐ ב. איזו</w:t>
      </w:r>
    </w:p>
    <w:p>
      <w:pPr>
        <w:bidi/>
        <w:spacing w:after="20"/>
        <w:jc w:val="right"/>
      </w:pPr>
      <w:r>
        <w:rPr>
          <w:rFonts w:ascii="Arial" w:hAnsi="Arial" w:cs="Arial" w:eastAsia="Arial"/>
          <w:lang w:val="he-IL" w:bidi="he-IL"/>
          <w:sz w:val="24"/>
          <w:rtl/>
          <w:szCs w:val="24"/>
        </w:rPr>
        <w:t xml:space="preserve">      ☐ ג. אילו</w:t>
      </w:r>
    </w:p>
    <w:p>
      <w:pPr>
        <w:bidi/>
        <w:spacing w:after="20"/>
        <w:jc w:val="right"/>
      </w:pPr>
      <w:r>
        <w:rPr>
          <w:rFonts w:ascii="Arial" w:hAnsi="Arial" w:cs="Arial" w:eastAsia="Arial"/>
          <w:lang w:val="he-IL" w:bidi="he-IL"/>
          <w:sz w:val="24"/>
          <w:rtl/>
          <w:szCs w:val="24"/>
        </w:rPr>
        <w:t xml:space="preserve">      ☐ ד. כמה</w:t>
      </w:r>
    </w:p>
    <w:p>
      <w:pPr>
        <w:bidi/>
        <w:spacing w:after="20"/>
        <w:jc w:val="right"/>
      </w:pPr>
      <w:r>
        <w:rPr>
          <w:rFonts w:ascii="Arial" w:hAnsi="Arial" w:cs="Arial" w:eastAsia="Arial"/>
          <w:lang w:val="he-IL" w:bidi="he-IL"/>
          <w:b/>
          <w:sz w:val="24"/>
          <w:rtl/>
          <w:szCs w:val="24"/>
          <w:bCs/>
        </w:rPr>
        <w:t>3. מילת השאלה "מדוע" בודקת בעיקר:</w:t>
      </w:r>
    </w:p>
    <w:p>
      <w:pPr>
        <w:bidi/>
        <w:spacing w:after="20"/>
        <w:jc w:val="right"/>
      </w:pPr>
      <w:r>
        <w:rPr>
          <w:rFonts w:ascii="Arial" w:hAnsi="Arial" w:cs="Arial" w:eastAsia="Arial"/>
          <w:lang w:val="he-IL" w:bidi="he-IL"/>
          <w:sz w:val="24"/>
          <w:rtl/>
          <w:szCs w:val="24"/>
        </w:rPr>
        <w:t xml:space="preserve">      ☐ א. מטרה</w:t>
      </w:r>
    </w:p>
    <w:p>
      <w:pPr>
        <w:bidi/>
        <w:spacing w:after="20"/>
        <w:jc w:val="right"/>
      </w:pPr>
      <w:r>
        <w:rPr>
          <w:rFonts w:ascii="Arial" w:hAnsi="Arial" w:cs="Arial" w:eastAsia="Arial"/>
          <w:lang w:val="he-IL" w:bidi="he-IL"/>
          <w:sz w:val="24"/>
          <w:rtl/>
          <w:szCs w:val="24"/>
        </w:rPr>
        <w:t xml:space="preserve">      ☐ ב. סיבה</w:t>
      </w:r>
    </w:p>
    <w:p>
      <w:pPr>
        <w:bidi/>
        <w:spacing w:after="20"/>
        <w:jc w:val="right"/>
      </w:pPr>
      <w:r>
        <w:rPr>
          <w:rFonts w:ascii="Arial" w:hAnsi="Arial" w:cs="Arial" w:eastAsia="Arial"/>
          <w:lang w:val="he-IL" w:bidi="he-IL"/>
          <w:sz w:val="24"/>
          <w:rtl/>
          <w:szCs w:val="24"/>
        </w:rPr>
        <w:t xml:space="preserve">      ☐ ג. זמן</w:t>
      </w:r>
    </w:p>
    <w:p>
      <w:pPr>
        <w:bidi/>
        <w:spacing w:after="20"/>
        <w:jc w:val="right"/>
      </w:pPr>
      <w:r>
        <w:rPr>
          <w:rFonts w:ascii="Arial" w:hAnsi="Arial" w:cs="Arial" w:eastAsia="Arial"/>
          <w:lang w:val="he-IL" w:bidi="he-IL"/>
          <w:sz w:val="24"/>
          <w:rtl/>
          <w:szCs w:val="24"/>
        </w:rPr>
        <w:t xml:space="preserve">      ☐ ד. אופן</w:t>
      </w:r>
    </w:p>
    <w:p>
      <w:pPr>
        <w:bidi/>
        <w:spacing w:after="20"/>
        <w:jc w:val="right"/>
      </w:pPr>
      <w:r>
        <w:rPr>
          <w:rFonts w:ascii="Arial" w:hAnsi="Arial" w:cs="Arial" w:eastAsia="Arial"/>
          <w:lang w:val="he-IL" w:bidi="he-IL"/>
          <w:b/>
          <w:sz w:val="24"/>
          <w:rtl/>
          <w:szCs w:val="24"/>
          <w:bCs/>
        </w:rPr>
        <w:t>4. לפי הקטע "שאלה טובה פותחת דלת", מהיכן עלתה תמר לישראל?</w:t>
      </w:r>
    </w:p>
    <w:p>
      <w:pPr>
        <w:bidi/>
        <w:spacing w:after="20"/>
        <w:jc w:val="right"/>
      </w:pPr>
      <w:r>
        <w:rPr>
          <w:rFonts w:ascii="Arial" w:hAnsi="Arial" w:cs="Arial" w:eastAsia="Arial"/>
          <w:lang w:val="he-IL" w:bidi="he-IL"/>
          <w:sz w:val="24"/>
          <w:rtl/>
          <w:szCs w:val="24"/>
        </w:rPr>
        <w:t xml:space="preserve">      ☐ א. מברזיל</w:t>
      </w:r>
    </w:p>
    <w:p>
      <w:pPr>
        <w:bidi/>
        <w:spacing w:after="20"/>
        <w:jc w:val="right"/>
      </w:pPr>
      <w:r>
        <w:rPr>
          <w:rFonts w:ascii="Arial" w:hAnsi="Arial" w:cs="Arial" w:eastAsia="Arial"/>
          <w:lang w:val="he-IL" w:bidi="he-IL"/>
          <w:sz w:val="24"/>
          <w:rtl/>
          <w:szCs w:val="24"/>
        </w:rPr>
        <w:t xml:space="preserve">      ☐ ב. מארגנטינה</w:t>
      </w:r>
    </w:p>
    <w:p>
      <w:pPr>
        <w:bidi/>
        <w:spacing w:after="20"/>
        <w:jc w:val="right"/>
      </w:pPr>
      <w:r>
        <w:rPr>
          <w:rFonts w:ascii="Arial" w:hAnsi="Arial" w:cs="Arial" w:eastAsia="Arial"/>
          <w:lang w:val="he-IL" w:bidi="he-IL"/>
          <w:sz w:val="24"/>
          <w:rtl/>
          <w:szCs w:val="24"/>
        </w:rPr>
        <w:t xml:space="preserve">      ☐ ג. מצרפת</w:t>
      </w:r>
    </w:p>
    <w:p>
      <w:pPr>
        <w:bidi/>
        <w:spacing w:after="20"/>
        <w:jc w:val="right"/>
      </w:pPr>
      <w:r>
        <w:rPr>
          <w:rFonts w:ascii="Arial" w:hAnsi="Arial" w:cs="Arial" w:eastAsia="Arial"/>
          <w:lang w:val="he-IL" w:bidi="he-IL"/>
          <w:sz w:val="24"/>
          <w:rtl/>
          <w:szCs w:val="24"/>
        </w:rPr>
        <w:t xml:space="preserve">      ☐ ד. מרוסיה</w:t>
      </w:r>
    </w:p>
    <w:p>
      <w:pPr>
        <w:bidi/>
        <w:spacing w:after="20"/>
        <w:jc w:val="right"/>
      </w:pPr>
      <w:r>
        <w:rPr>
          <w:rFonts w:ascii="Arial" w:hAnsi="Arial" w:cs="Arial" w:eastAsia="Arial"/>
          <w:lang w:val="he-IL" w:bidi="he-IL"/>
          <w:b/>
          <w:sz w:val="24"/>
          <w:rtl/>
          <w:szCs w:val="24"/>
          <w:bCs/>
        </w:rPr>
        <w:t>5. מה ההבדל העיקרי בין "מתי" ל"ממתי"?</w:t>
      </w:r>
    </w:p>
    <w:p>
      <w:pPr>
        <w:bidi/>
        <w:spacing w:after="20"/>
        <w:jc w:val="right"/>
      </w:pPr>
      <w:r>
        <w:rPr>
          <w:rFonts w:ascii="Arial" w:hAnsi="Arial" w:cs="Arial" w:eastAsia="Arial"/>
          <w:lang w:val="he-IL" w:bidi="he-IL"/>
          <w:sz w:val="24"/>
          <w:rtl/>
          <w:szCs w:val="24"/>
        </w:rPr>
        <w:t xml:space="preserve">      ☐ א. אין הבדל</w:t>
      </w:r>
    </w:p>
    <w:p>
      <w:pPr>
        <w:bidi/>
        <w:spacing w:after="20"/>
        <w:jc w:val="right"/>
      </w:pPr>
      <w:r>
        <w:rPr>
          <w:rFonts w:ascii="Arial" w:hAnsi="Arial" w:cs="Arial" w:eastAsia="Arial"/>
          <w:lang w:val="he-IL" w:bidi="he-IL"/>
          <w:sz w:val="24"/>
          <w:rtl/>
          <w:szCs w:val="24"/>
        </w:rPr>
        <w:t xml:space="preserve">      ☐ ב. ממתי שואלת על נקודת התחלה בזמן</w:t>
      </w:r>
    </w:p>
    <w:p>
      <w:pPr>
        <w:bidi/>
        <w:spacing w:after="20"/>
        <w:jc w:val="right"/>
      </w:pPr>
      <w:r>
        <w:rPr>
          <w:rFonts w:ascii="Arial" w:hAnsi="Arial" w:cs="Arial" w:eastAsia="Arial"/>
          <w:lang w:val="he-IL" w:bidi="he-IL"/>
          <w:sz w:val="24"/>
          <w:rtl/>
          <w:szCs w:val="24"/>
        </w:rPr>
        <w:t xml:space="preserve">      ☐ ג. מתי שואלת על מקום</w:t>
      </w:r>
    </w:p>
    <w:p>
      <w:pPr>
        <w:bidi/>
        <w:spacing w:after="20"/>
        <w:jc w:val="right"/>
      </w:pPr>
      <w:r>
        <w:rPr>
          <w:rFonts w:ascii="Arial" w:hAnsi="Arial" w:cs="Arial" w:eastAsia="Arial"/>
          <w:lang w:val="he-IL" w:bidi="he-IL"/>
          <w:sz w:val="24"/>
          <w:rtl/>
          <w:szCs w:val="24"/>
        </w:rPr>
        <w:t xml:space="preserve">      ☐ ד. ממתי שואלת על סיבה</w:t>
      </w:r>
    </w:p>
    <w:p>
      <w:pPr>
        <w:bidi/>
        <w:spacing w:after="20"/>
        <w:jc w:val="right"/>
      </w:pPr>
      <w:r>
        <w:rPr>
          <w:rFonts w:ascii="Arial" w:hAnsi="Arial" w:cs="Arial" w:eastAsia="Arial"/>
          <w:lang w:val="he-IL" w:bidi="he-IL"/>
          <w:b/>
          <w:sz w:val="24"/>
          <w:rtl/>
          <w:szCs w:val="24"/>
          <w:bCs/>
        </w:rPr>
        <w:t>6. איזה צמד מילים הוא כמעט נרדף ושואל שניהם על אופן הפעולה?</w:t>
      </w:r>
    </w:p>
    <w:p>
      <w:pPr>
        <w:bidi/>
        <w:spacing w:after="20"/>
        <w:jc w:val="right"/>
      </w:pPr>
      <w:r>
        <w:rPr>
          <w:rFonts w:ascii="Arial" w:hAnsi="Arial" w:cs="Arial" w:eastAsia="Arial"/>
          <w:lang w:val="he-IL" w:bidi="he-IL"/>
          <w:sz w:val="24"/>
          <w:rtl/>
          <w:szCs w:val="24"/>
        </w:rPr>
        <w:t xml:space="preserve">      ☐ א. למה / מדוע</w:t>
      </w:r>
    </w:p>
    <w:p>
      <w:pPr>
        <w:bidi/>
        <w:spacing w:after="20"/>
        <w:jc w:val="right"/>
      </w:pPr>
      <w:r>
        <w:rPr>
          <w:rFonts w:ascii="Arial" w:hAnsi="Arial" w:cs="Arial" w:eastAsia="Arial"/>
          <w:lang w:val="he-IL" w:bidi="he-IL"/>
          <w:sz w:val="24"/>
          <w:rtl/>
          <w:szCs w:val="24"/>
        </w:rPr>
        <w:t xml:space="preserve">      ☐ ב. כיצד / באיזה אופן</w:t>
      </w:r>
    </w:p>
    <w:p>
      <w:pPr>
        <w:bidi/>
        <w:spacing w:after="20"/>
        <w:jc w:val="right"/>
      </w:pPr>
      <w:r>
        <w:rPr>
          <w:rFonts w:ascii="Arial" w:hAnsi="Arial" w:cs="Arial" w:eastAsia="Arial"/>
          <w:lang w:val="he-IL" w:bidi="he-IL"/>
          <w:sz w:val="24"/>
          <w:rtl/>
          <w:szCs w:val="24"/>
        </w:rPr>
        <w:t xml:space="preserve">      ☐ ג. מי / מה</w:t>
      </w:r>
    </w:p>
    <w:p>
      <w:pPr>
        <w:bidi/>
        <w:spacing w:after="20"/>
        <w:jc w:val="right"/>
      </w:pPr>
      <w:r>
        <w:rPr>
          <w:rFonts w:ascii="Arial" w:hAnsi="Arial" w:cs="Arial" w:eastAsia="Arial"/>
          <w:lang w:val="he-IL" w:bidi="he-IL"/>
          <w:sz w:val="24"/>
          <w:rtl/>
          <w:szCs w:val="24"/>
        </w:rPr>
        <w:t xml:space="preserve">      ☐ ד. כמה / מתי</w:t>
      </w:r>
    </w:p>
    <w:p>
      <w:pPr>
        <w:bidi/>
        <w:spacing w:after="20"/>
        <w:jc w:val="right"/>
      </w:pPr>
      <w:r>
        <w:rPr>
          <w:rFonts w:ascii="Arial" w:hAnsi="Arial" w:cs="Arial" w:eastAsia="Arial"/>
          <w:lang w:val="he-IL" w:bidi="he-IL"/>
          <w:b/>
          <w:sz w:val="24"/>
          <w:rtl/>
          <w:szCs w:val="24"/>
          <w:bCs/>
        </w:rPr>
        <w:t>7. במשפט מהקטע "לשם מה לשאול, אם אפשר לחפש לבד?" – מילת השאלה "לשם מה" בודקת:</w:t>
      </w:r>
    </w:p>
    <w:p>
      <w:pPr>
        <w:bidi/>
        <w:spacing w:after="20"/>
        <w:jc w:val="right"/>
      </w:pPr>
      <w:r>
        <w:rPr>
          <w:rFonts w:ascii="Arial" w:hAnsi="Arial" w:cs="Arial" w:eastAsia="Arial"/>
          <w:lang w:val="he-IL" w:bidi="he-IL"/>
          <w:sz w:val="24"/>
          <w:rtl/>
          <w:szCs w:val="24"/>
        </w:rPr>
        <w:t xml:space="preserve">      ☐ א. סיבה שקרתה בעבר</w:t>
      </w:r>
    </w:p>
    <w:p>
      <w:pPr>
        <w:bidi/>
        <w:spacing w:after="20"/>
        <w:jc w:val="right"/>
      </w:pPr>
      <w:r>
        <w:rPr>
          <w:rFonts w:ascii="Arial" w:hAnsi="Arial" w:cs="Arial" w:eastAsia="Arial"/>
          <w:lang w:val="he-IL" w:bidi="he-IL"/>
          <w:sz w:val="24"/>
          <w:rtl/>
          <w:szCs w:val="24"/>
        </w:rPr>
        <w:t xml:space="preserve">      ☐ ב. מטרה או תכלית</w:t>
      </w:r>
    </w:p>
    <w:p>
      <w:pPr>
        <w:bidi/>
        <w:spacing w:after="20"/>
        <w:jc w:val="right"/>
      </w:pPr>
      <w:r>
        <w:rPr>
          <w:rFonts w:ascii="Arial" w:hAnsi="Arial" w:cs="Arial" w:eastAsia="Arial"/>
          <w:lang w:val="he-IL" w:bidi="he-IL"/>
          <w:sz w:val="24"/>
          <w:rtl/>
          <w:szCs w:val="24"/>
        </w:rPr>
        <w:t xml:space="preserve">      ☐ ג. מקום מדויק</w:t>
      </w:r>
    </w:p>
    <w:p>
      <w:pPr>
        <w:bidi/>
        <w:spacing w:after="20"/>
        <w:jc w:val="right"/>
      </w:pPr>
      <w:r>
        <w:rPr>
          <w:rFonts w:ascii="Arial" w:hAnsi="Arial" w:cs="Arial" w:eastAsia="Arial"/>
          <w:lang w:val="he-IL" w:bidi="he-IL"/>
          <w:sz w:val="24"/>
          <w:rtl/>
          <w:szCs w:val="24"/>
        </w:rPr>
        <w:t xml:space="preserve">      ☐ ד. כמות</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כתיבה והבנה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בחרו שתי מילות שאלה דומות (כמו 'למה' ו'מדוע', או 'איך' ו'באיזה אופן') והסבירו במשפט אחד מתי עדיף להשתמש בכל אחת.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שאלת ראיון אחת לבירור סיבה ושאלה אחת לבירור מטרה, בהשראת הסיפור על תמר, וענו עליהן בקצרה כאילו אתם תמר.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במילים שלכם למה המשפט "שאלה טובה פותחת דלת" מתאים לסיפור של תמר, והציגו דוגמה אחת מהקטע שמחזקת זאת.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להבדיל בין שאלת סיבה לשאלת מטרה ולתת דוגמה מהקטע</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יכול/ה לנסח שאלה בעזרת מילים גבוהות כמו באיזה אופן או מאיזו סיבה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מסוגל/ת לענות על שאלות הבנת הנקרא ולנמק את התשובה מתוך הטקסט</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מילות שאלה: מי? מה? איפה?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